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525E0" w14:textId="77777777" w:rsidR="0013566E" w:rsidRDefault="00645A26">
      <w:pPr>
        <w:spacing w:after="0" w:line="240" w:lineRule="auto"/>
        <w:jc w:val="right"/>
        <w:rPr>
          <w:lang w:eastAsia="ja-JP"/>
        </w:rPr>
      </w:pPr>
      <w:r>
        <w:rPr>
          <w:lang w:eastAsia="ja-JP"/>
        </w:rPr>
        <w:t>（アンケート調査票）</w:t>
      </w:r>
    </w:p>
    <w:p w14:paraId="5DFAE953" w14:textId="77777777" w:rsidR="001975FF" w:rsidRPr="001975FF" w:rsidRDefault="001975FF">
      <w:pPr>
        <w:spacing w:after="0" w:line="240" w:lineRule="auto"/>
        <w:jc w:val="right"/>
        <w:rPr>
          <w:lang w:eastAsia="ja-JP"/>
        </w:rPr>
      </w:pPr>
    </w:p>
    <w:p w14:paraId="2D6E0934" w14:textId="77777777" w:rsidR="006B697F" w:rsidRDefault="006B697F" w:rsidP="006B697F">
      <w:pPr>
        <w:spacing w:after="0" w:line="240" w:lineRule="auto"/>
        <w:jc w:val="center"/>
        <w:rPr>
          <w:bCs/>
          <w:sz w:val="24"/>
          <w:szCs w:val="24"/>
          <w:lang w:eastAsia="ja-JP"/>
        </w:rPr>
      </w:pPr>
      <w:r w:rsidRPr="002F5B50">
        <w:rPr>
          <w:bCs/>
          <w:sz w:val="24"/>
          <w:szCs w:val="24"/>
          <w:lang w:eastAsia="ja-JP"/>
        </w:rPr>
        <w:t>知と交流の拠点施設整備事業の設計・施工業務に係る</w:t>
      </w:r>
    </w:p>
    <w:p w14:paraId="7163ED06" w14:textId="77777777" w:rsidR="006B697F" w:rsidRDefault="006B697F" w:rsidP="006B697F">
      <w:pPr>
        <w:spacing w:after="0" w:line="240" w:lineRule="auto"/>
        <w:jc w:val="center"/>
        <w:rPr>
          <w:bCs/>
          <w:sz w:val="24"/>
          <w:szCs w:val="24"/>
          <w:lang w:eastAsia="ja-JP"/>
        </w:rPr>
      </w:pPr>
      <w:r w:rsidRPr="002F5B50">
        <w:rPr>
          <w:bCs/>
          <w:sz w:val="24"/>
          <w:szCs w:val="24"/>
          <w:lang w:eastAsia="ja-JP"/>
        </w:rPr>
        <w:t>サウンディング型市場調査（アンケート調査）</w:t>
      </w:r>
    </w:p>
    <w:p w14:paraId="168B71ED" w14:textId="77777777" w:rsidR="001975FF" w:rsidRPr="006B697F" w:rsidRDefault="001975FF" w:rsidP="003B18DB">
      <w:pPr>
        <w:spacing w:after="0" w:line="240" w:lineRule="auto"/>
        <w:jc w:val="center"/>
        <w:rPr>
          <w:bCs/>
          <w:sz w:val="21"/>
          <w:szCs w:val="21"/>
          <w:lang w:eastAsia="ja-JP"/>
        </w:rPr>
      </w:pPr>
    </w:p>
    <w:p w14:paraId="51D07C51" w14:textId="66391D8D" w:rsidR="00E47EBA" w:rsidRPr="0035526A" w:rsidRDefault="00E47EBA" w:rsidP="003B18DB">
      <w:pPr>
        <w:spacing w:after="0" w:line="240" w:lineRule="auto"/>
        <w:jc w:val="center"/>
        <w:rPr>
          <w:bCs/>
          <w:color w:val="auto"/>
          <w:sz w:val="21"/>
          <w:szCs w:val="21"/>
          <w:lang w:eastAsia="ja-JP"/>
        </w:rPr>
      </w:pPr>
      <w:r w:rsidRPr="0035526A">
        <w:rPr>
          <w:rFonts w:hint="eastAsia"/>
          <w:bCs/>
          <w:color w:val="auto"/>
          <w:sz w:val="21"/>
          <w:szCs w:val="21"/>
          <w:lang w:eastAsia="ja-JP"/>
        </w:rPr>
        <w:t>（設備工事業）</w:t>
      </w:r>
    </w:p>
    <w:p w14:paraId="0399120B" w14:textId="77777777" w:rsidR="00E47EBA" w:rsidRPr="0035526A" w:rsidRDefault="00E47EBA" w:rsidP="003B18DB">
      <w:pPr>
        <w:spacing w:after="0" w:line="240" w:lineRule="auto"/>
        <w:jc w:val="center"/>
        <w:rPr>
          <w:bCs/>
          <w:color w:val="auto"/>
          <w:sz w:val="21"/>
          <w:szCs w:val="21"/>
          <w:lang w:eastAsia="ja-JP"/>
        </w:rPr>
      </w:pPr>
    </w:p>
    <w:p w14:paraId="55694233" w14:textId="77777777" w:rsidR="00E47EBA" w:rsidRPr="0035526A" w:rsidRDefault="00E47EBA" w:rsidP="003B18DB">
      <w:pPr>
        <w:spacing w:after="0" w:line="240" w:lineRule="auto"/>
        <w:jc w:val="center"/>
        <w:rPr>
          <w:bCs/>
          <w:color w:val="auto"/>
          <w:sz w:val="21"/>
          <w:szCs w:val="21"/>
          <w:lang w:eastAsia="ja-JP"/>
        </w:rPr>
      </w:pPr>
    </w:p>
    <w:p w14:paraId="7E9E5428" w14:textId="77777777" w:rsidR="0013566E" w:rsidRPr="0035526A" w:rsidRDefault="00645A26">
      <w:pPr>
        <w:spacing w:after="0" w:line="240" w:lineRule="auto"/>
        <w:jc w:val="center"/>
        <w:rPr>
          <w:bCs/>
          <w:color w:val="auto"/>
          <w:sz w:val="21"/>
          <w:szCs w:val="21"/>
          <w:u w:val="single"/>
          <w:lang w:eastAsia="ja-JP"/>
        </w:rPr>
      </w:pPr>
      <w:r w:rsidRPr="0035526A">
        <w:rPr>
          <w:bCs/>
          <w:color w:val="auto"/>
          <w:sz w:val="21"/>
          <w:szCs w:val="21"/>
          <w:u w:val="single"/>
          <w:lang w:eastAsia="ja-JP"/>
        </w:rPr>
        <w:t>ご協力のお願い</w:t>
      </w:r>
    </w:p>
    <w:p w14:paraId="4394AB50" w14:textId="77777777" w:rsidR="00BC1F97" w:rsidRPr="0035526A" w:rsidRDefault="00BC1F97">
      <w:pPr>
        <w:spacing w:after="0" w:line="240" w:lineRule="auto"/>
        <w:jc w:val="center"/>
        <w:rPr>
          <w:bCs/>
          <w:color w:val="auto"/>
          <w:sz w:val="21"/>
          <w:szCs w:val="21"/>
          <w:lang w:eastAsia="ja-JP"/>
        </w:rPr>
      </w:pPr>
    </w:p>
    <w:tbl>
      <w:tblPr>
        <w:tblW w:w="10318" w:type="dxa"/>
        <w:jc w:val="center"/>
        <w:tblLayout w:type="fixed"/>
        <w:tblLook w:val="04A0" w:firstRow="1" w:lastRow="0" w:firstColumn="1" w:lastColumn="0" w:noHBand="0" w:noVBand="1"/>
      </w:tblPr>
      <w:tblGrid>
        <w:gridCol w:w="10318"/>
      </w:tblGrid>
      <w:tr w:rsidR="0013566E" w:rsidRPr="0035526A" w14:paraId="761E3048"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737BF977" w14:textId="474945B3" w:rsidR="0013566E" w:rsidRPr="0035526A" w:rsidRDefault="00BC1F97" w:rsidP="00BC1F97">
            <w:pPr>
              <w:spacing w:after="0" w:line="240" w:lineRule="auto"/>
              <w:ind w:firstLineChars="100" w:firstLine="180"/>
              <w:rPr>
                <w:color w:val="auto"/>
                <w:lang w:eastAsia="ja-JP"/>
              </w:rPr>
            </w:pPr>
            <w:r w:rsidRPr="0035526A">
              <w:rPr>
                <w:rFonts w:asciiTheme="minorEastAsia" w:eastAsiaTheme="minorEastAsia" w:hAnsiTheme="minorEastAsia"/>
                <w:color w:val="auto"/>
                <w:lang w:eastAsia="ja-JP"/>
              </w:rPr>
              <w:t>建設業を取り巻く環境は、資材価格の変動、技能労働者の不足、配置技術者の確保難など厳しさを増しており、公共建築工事では入札不調・不落が全国的に増えています。公告後に発注条件を見直すことは困難であるため、どのような発注方式・発注条件であれば無理なく参画いただけるのかを公募の前に伺うこと</w:t>
            </w:r>
            <w:r w:rsidRPr="0035526A">
              <w:rPr>
                <w:rFonts w:asciiTheme="minorEastAsia" w:eastAsiaTheme="minorEastAsia" w:hAnsiTheme="minorEastAsia" w:hint="eastAsia"/>
                <w:color w:val="auto"/>
                <w:lang w:eastAsia="ja-JP"/>
              </w:rPr>
              <w:t>を目的としています。</w:t>
            </w:r>
          </w:p>
        </w:tc>
      </w:tr>
    </w:tbl>
    <w:p w14:paraId="7F2F2347" w14:textId="77777777" w:rsidR="00FC52E2" w:rsidRPr="0035526A" w:rsidRDefault="00FC52E2">
      <w:pPr>
        <w:spacing w:after="0" w:line="240" w:lineRule="auto"/>
        <w:rPr>
          <w:rFonts w:eastAsiaTheme="minorEastAsia"/>
          <w:b/>
          <w:color w:val="auto"/>
          <w:sz w:val="22"/>
          <w:lang w:eastAsia="ja-JP"/>
        </w:rPr>
      </w:pPr>
    </w:p>
    <w:p w14:paraId="4E695500" w14:textId="77777777" w:rsidR="0013566E" w:rsidRPr="0035526A" w:rsidRDefault="00645A26">
      <w:pPr>
        <w:spacing w:after="0" w:line="240" w:lineRule="auto"/>
        <w:rPr>
          <w:color w:val="auto"/>
          <w:sz w:val="21"/>
          <w:szCs w:val="21"/>
          <w:lang w:eastAsia="ja-JP"/>
        </w:rPr>
      </w:pPr>
      <w:r w:rsidRPr="0035526A">
        <w:rPr>
          <w:b/>
          <w:color w:val="auto"/>
          <w:sz w:val="21"/>
          <w:szCs w:val="21"/>
          <w:lang w:eastAsia="ja-JP"/>
        </w:rPr>
        <w:t>アンケート調査票の提出方法</w:t>
      </w:r>
    </w:p>
    <w:p w14:paraId="39EEC4BB" w14:textId="1B211C52" w:rsidR="0013566E" w:rsidRPr="0035526A" w:rsidRDefault="00645A26">
      <w:pPr>
        <w:spacing w:after="0" w:line="240" w:lineRule="auto"/>
        <w:ind w:left="113"/>
        <w:rPr>
          <w:strike/>
          <w:color w:val="auto"/>
          <w:lang w:eastAsia="ja-JP"/>
        </w:rPr>
      </w:pPr>
      <w:r w:rsidRPr="0035526A">
        <w:rPr>
          <w:color w:val="auto"/>
          <w:lang w:eastAsia="ja-JP"/>
        </w:rPr>
        <w:t>提出期限、提出形式および提出先をご確認のうえ、回答済みの</w:t>
      </w:r>
      <w:r w:rsidR="00F95085" w:rsidRPr="0035526A">
        <w:rPr>
          <w:color w:val="auto"/>
          <w:lang w:eastAsia="ja-JP"/>
        </w:rPr>
        <w:t>アンケート</w:t>
      </w:r>
      <w:r w:rsidRPr="0035526A">
        <w:rPr>
          <w:color w:val="auto"/>
          <w:lang w:eastAsia="ja-JP"/>
        </w:rPr>
        <w:t>調査票を電子メール</w:t>
      </w:r>
      <w:r w:rsidR="00F95085" w:rsidRPr="0035526A">
        <w:rPr>
          <w:rFonts w:hint="eastAsia"/>
          <w:color w:val="auto"/>
          <w:lang w:eastAsia="ja-JP"/>
        </w:rPr>
        <w:t>にて</w:t>
      </w:r>
      <w:r w:rsidRPr="0035526A">
        <w:rPr>
          <w:color w:val="auto"/>
          <w:lang w:eastAsia="ja-JP"/>
        </w:rPr>
        <w:t>ご提出ください。</w:t>
      </w:r>
      <w:r w:rsidR="00F95085" w:rsidRPr="0035526A">
        <w:rPr>
          <w:color w:val="auto"/>
          <w:lang w:eastAsia="ja-JP"/>
        </w:rPr>
        <w:t>なお、補足資料がある場合は、アンケート調査票とともに提出してください。</w:t>
      </w:r>
    </w:p>
    <w:tbl>
      <w:tblPr>
        <w:tblW w:w="10318" w:type="dxa"/>
        <w:jc w:val="center"/>
        <w:tblLayout w:type="fixed"/>
        <w:tblLook w:val="04A0" w:firstRow="1" w:lastRow="0" w:firstColumn="1" w:lastColumn="0" w:noHBand="0" w:noVBand="1"/>
      </w:tblPr>
      <w:tblGrid>
        <w:gridCol w:w="3402"/>
        <w:gridCol w:w="6916"/>
      </w:tblGrid>
      <w:tr w:rsidR="0013566E" w:rsidRPr="0035526A" w14:paraId="405D3491" w14:textId="77777777" w:rsidTr="008364D0">
        <w:trPr>
          <w:cantSplit/>
          <w:trHeight w:val="320"/>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17FE0AB6" w14:textId="77777777" w:rsidR="0013566E" w:rsidRPr="0035526A" w:rsidRDefault="00645A26">
            <w:pPr>
              <w:spacing w:after="0" w:line="240" w:lineRule="auto"/>
              <w:rPr>
                <w:color w:val="auto"/>
              </w:rPr>
            </w:pPr>
            <w:proofErr w:type="spellStart"/>
            <w:r w:rsidRPr="0035526A">
              <w:rPr>
                <w:b/>
                <w:color w:val="auto"/>
              </w:rPr>
              <w:t>項目</w:t>
            </w:r>
            <w:proofErr w:type="spellEnd"/>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07ED9441" w14:textId="77777777" w:rsidR="0013566E" w:rsidRPr="0035526A" w:rsidRDefault="00645A26">
            <w:pPr>
              <w:spacing w:after="0" w:line="240" w:lineRule="auto"/>
              <w:rPr>
                <w:color w:val="auto"/>
              </w:rPr>
            </w:pPr>
            <w:proofErr w:type="spellStart"/>
            <w:r w:rsidRPr="0035526A">
              <w:rPr>
                <w:b/>
                <w:color w:val="auto"/>
              </w:rPr>
              <w:t>内容</w:t>
            </w:r>
            <w:proofErr w:type="spellEnd"/>
          </w:p>
        </w:tc>
      </w:tr>
      <w:tr w:rsidR="0013566E" w:rsidRPr="0035526A" w14:paraId="28580BA2"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2B665EF" w14:textId="77777777" w:rsidR="0013566E" w:rsidRPr="0035526A" w:rsidRDefault="00645A26">
            <w:pPr>
              <w:spacing w:after="0" w:line="240" w:lineRule="auto"/>
              <w:rPr>
                <w:color w:val="auto"/>
              </w:rPr>
            </w:pPr>
            <w:proofErr w:type="spellStart"/>
            <w:r w:rsidRPr="0035526A">
              <w:rPr>
                <w:color w:val="auto"/>
              </w:rPr>
              <w:t>提出期限</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A7151B3" w14:textId="77D64243" w:rsidR="0013566E" w:rsidRPr="0035526A" w:rsidRDefault="001D7808">
            <w:pPr>
              <w:spacing w:after="0" w:line="240" w:lineRule="auto"/>
              <w:rPr>
                <w:color w:val="auto"/>
                <w:lang w:eastAsia="zh-TW"/>
              </w:rPr>
            </w:pPr>
            <w:r w:rsidRPr="0035526A">
              <w:rPr>
                <w:rFonts w:hint="eastAsia"/>
                <w:color w:val="auto"/>
                <w:lang w:eastAsia="zh-TW"/>
              </w:rPr>
              <w:t>令和8</w:t>
            </w:r>
            <w:r w:rsidRPr="0035526A">
              <w:rPr>
                <w:color w:val="auto"/>
                <w:lang w:eastAsia="zh-TW"/>
              </w:rPr>
              <w:t>年</w:t>
            </w:r>
            <w:r w:rsidRPr="0035526A">
              <w:rPr>
                <w:rFonts w:hint="eastAsia"/>
                <w:color w:val="auto"/>
                <w:lang w:eastAsia="zh-TW"/>
              </w:rPr>
              <w:t>10</w:t>
            </w:r>
            <w:r w:rsidRPr="0035526A">
              <w:rPr>
                <w:color w:val="auto"/>
                <w:lang w:eastAsia="zh-TW"/>
              </w:rPr>
              <w:t>月</w:t>
            </w:r>
            <w:r w:rsidRPr="0035526A">
              <w:rPr>
                <w:rFonts w:hint="eastAsia"/>
                <w:color w:val="auto"/>
                <w:lang w:eastAsia="zh-TW"/>
              </w:rPr>
              <w:t>30</w:t>
            </w:r>
            <w:r w:rsidRPr="0035526A">
              <w:rPr>
                <w:color w:val="auto"/>
                <w:lang w:eastAsia="zh-TW"/>
              </w:rPr>
              <w:t>日（</w:t>
            </w:r>
            <w:r w:rsidRPr="0035526A">
              <w:rPr>
                <w:rFonts w:hint="eastAsia"/>
                <w:color w:val="auto"/>
                <w:lang w:eastAsia="zh-TW"/>
              </w:rPr>
              <w:t>金</w:t>
            </w:r>
            <w:r w:rsidRPr="0035526A">
              <w:rPr>
                <w:color w:val="auto"/>
                <w:lang w:eastAsia="zh-TW"/>
              </w:rPr>
              <w:t>）</w:t>
            </w:r>
            <w:r w:rsidRPr="0035526A">
              <w:rPr>
                <w:rFonts w:hint="eastAsia"/>
                <w:color w:val="auto"/>
                <w:lang w:eastAsia="zh-TW"/>
              </w:rPr>
              <w:t xml:space="preserve">　17時</w:t>
            </w:r>
          </w:p>
        </w:tc>
      </w:tr>
      <w:tr w:rsidR="0013566E" w:rsidRPr="0035526A" w14:paraId="3B71A669"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4C303E4" w14:textId="77777777" w:rsidR="0013566E" w:rsidRPr="0035526A" w:rsidRDefault="00645A26">
            <w:pPr>
              <w:spacing w:after="0" w:line="240" w:lineRule="auto"/>
              <w:rPr>
                <w:color w:val="auto"/>
              </w:rPr>
            </w:pPr>
            <w:proofErr w:type="spellStart"/>
            <w:r w:rsidRPr="0035526A">
              <w:rPr>
                <w:color w:val="auto"/>
              </w:rPr>
              <w:t>提出書類</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8792AF4" w14:textId="56662296" w:rsidR="0013566E" w:rsidRPr="0035526A" w:rsidRDefault="00645A26">
            <w:pPr>
              <w:spacing w:after="0" w:line="240" w:lineRule="auto"/>
              <w:rPr>
                <w:rFonts w:eastAsiaTheme="minorEastAsia"/>
                <w:color w:val="auto"/>
                <w:lang w:eastAsia="ja-JP"/>
              </w:rPr>
            </w:pPr>
            <w:r w:rsidRPr="0035526A">
              <w:rPr>
                <w:color w:val="auto"/>
                <w:lang w:eastAsia="ja-JP"/>
              </w:rPr>
              <w:t>アンケート調査票　※データ形式：</w:t>
            </w:r>
            <w:r w:rsidR="00071920" w:rsidRPr="0035526A">
              <w:rPr>
                <w:rFonts w:asciiTheme="minorEastAsia" w:eastAsiaTheme="minorEastAsia" w:hAnsiTheme="minorEastAsia" w:hint="eastAsia"/>
                <w:color w:val="auto"/>
                <w:lang w:eastAsia="ja-JP"/>
              </w:rPr>
              <w:t>PDF</w:t>
            </w:r>
            <w:r w:rsidR="000737BC" w:rsidRPr="0035526A">
              <w:rPr>
                <w:rFonts w:asciiTheme="minorEastAsia" w:eastAsiaTheme="minorEastAsia" w:hAnsiTheme="minorEastAsia"/>
                <w:color w:val="auto"/>
                <w:lang w:eastAsia="ja-JP"/>
              </w:rPr>
              <w:t>（補足資料の添付可）</w:t>
            </w:r>
          </w:p>
        </w:tc>
      </w:tr>
      <w:tr w:rsidR="0013566E" w:rsidRPr="0035526A" w14:paraId="30615194"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209E6D5" w14:textId="77777777" w:rsidR="0013566E" w:rsidRPr="0035526A" w:rsidRDefault="00645A26">
            <w:pPr>
              <w:spacing w:after="0" w:line="240" w:lineRule="auto"/>
              <w:rPr>
                <w:color w:val="auto"/>
              </w:rPr>
            </w:pPr>
            <w:proofErr w:type="spellStart"/>
            <w:r w:rsidRPr="0035526A">
              <w:rPr>
                <w:color w:val="auto"/>
              </w:rPr>
              <w:t>提出方法</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0E9474E" w14:textId="77777777" w:rsidR="0013566E" w:rsidRPr="0035526A" w:rsidRDefault="00071920">
            <w:pPr>
              <w:spacing w:after="0" w:line="240" w:lineRule="auto"/>
              <w:rPr>
                <w:color w:val="auto"/>
                <w:lang w:eastAsia="ja-JP"/>
              </w:rPr>
            </w:pPr>
            <w:r w:rsidRPr="0035526A">
              <w:rPr>
                <w:rFonts w:hint="eastAsia"/>
                <w:color w:val="auto"/>
                <w:lang w:eastAsia="ja-JP"/>
              </w:rPr>
              <w:t>下記メールアドレス宛に</w:t>
            </w:r>
            <w:r w:rsidR="00645A26" w:rsidRPr="0035526A">
              <w:rPr>
                <w:color w:val="auto"/>
                <w:lang w:eastAsia="ja-JP"/>
              </w:rPr>
              <w:t>電子メールにて提出</w:t>
            </w:r>
          </w:p>
        </w:tc>
      </w:tr>
      <w:tr w:rsidR="0013566E" w:rsidRPr="0035526A" w14:paraId="046703C0"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083773B" w14:textId="77777777" w:rsidR="0013566E" w:rsidRPr="0035526A" w:rsidRDefault="00645A26">
            <w:pPr>
              <w:spacing w:after="0" w:line="240" w:lineRule="auto"/>
              <w:rPr>
                <w:color w:val="auto"/>
              </w:rPr>
            </w:pPr>
            <w:proofErr w:type="spellStart"/>
            <w:r w:rsidRPr="0035526A">
              <w:rPr>
                <w:color w:val="auto"/>
              </w:rPr>
              <w:t>メールアドレス</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E81CB74" w14:textId="39BBAE99" w:rsidR="0013566E" w:rsidRPr="0035526A" w:rsidRDefault="00755711" w:rsidP="00B37BAD">
            <w:pPr>
              <w:spacing w:after="0" w:line="240" w:lineRule="auto"/>
              <w:rPr>
                <w:color w:val="auto"/>
              </w:rPr>
            </w:pPr>
            <w:r w:rsidRPr="0035526A">
              <w:rPr>
                <w:rFonts w:asciiTheme="minorEastAsia" w:eastAsiaTheme="minorEastAsia" w:hAnsiTheme="minorEastAsia"/>
                <w:color w:val="auto"/>
              </w:rPr>
              <w:t>yokkaichi-ykx-survey@nikken.jp</w:t>
            </w:r>
          </w:p>
        </w:tc>
      </w:tr>
    </w:tbl>
    <w:p w14:paraId="5E849860" w14:textId="4D1511B1" w:rsidR="00F95085" w:rsidRPr="0035526A" w:rsidRDefault="00F95085" w:rsidP="00F95085">
      <w:pPr>
        <w:spacing w:after="0" w:line="240" w:lineRule="auto"/>
        <w:rPr>
          <w:rFonts w:eastAsiaTheme="minorEastAsia"/>
          <w:bCs/>
          <w:color w:val="auto"/>
          <w:szCs w:val="18"/>
          <w:lang w:eastAsia="ja-JP"/>
        </w:rPr>
      </w:pPr>
      <w:r w:rsidRPr="0035526A">
        <w:rPr>
          <w:rFonts w:eastAsiaTheme="minorEastAsia" w:hint="eastAsia"/>
          <w:bCs/>
          <w:color w:val="auto"/>
          <w:szCs w:val="18"/>
          <w:lang w:eastAsia="ja-JP"/>
        </w:rPr>
        <w:t>※件名は、【四日市</w:t>
      </w:r>
      <w:r w:rsidRPr="0035526A">
        <w:rPr>
          <w:rFonts w:eastAsiaTheme="minorEastAsia"/>
          <w:bCs/>
          <w:color w:val="auto"/>
          <w:szCs w:val="18"/>
          <w:lang w:eastAsia="ja-JP"/>
        </w:rPr>
        <w:t>_知と交流の拠点施設整備事業_アンケート調査票提出</w:t>
      </w:r>
      <w:r w:rsidR="006B697F">
        <w:rPr>
          <w:rFonts w:eastAsiaTheme="minorEastAsia" w:hint="eastAsia"/>
          <w:bCs/>
          <w:color w:val="auto"/>
          <w:szCs w:val="18"/>
          <w:lang w:eastAsia="ja-JP"/>
        </w:rPr>
        <w:t>_貴社名</w:t>
      </w:r>
      <w:r w:rsidRPr="0035526A">
        <w:rPr>
          <w:rFonts w:eastAsiaTheme="minorEastAsia"/>
          <w:bCs/>
          <w:color w:val="auto"/>
          <w:szCs w:val="18"/>
          <w:lang w:eastAsia="ja-JP"/>
        </w:rPr>
        <w:t>】としてください。</w:t>
      </w:r>
    </w:p>
    <w:p w14:paraId="7F0791B9" w14:textId="1FD682CE" w:rsidR="00F7694B" w:rsidRPr="0035526A" w:rsidRDefault="00F95085" w:rsidP="00F95085">
      <w:pPr>
        <w:spacing w:after="0" w:line="240" w:lineRule="auto"/>
        <w:rPr>
          <w:rFonts w:eastAsiaTheme="minorEastAsia"/>
          <w:bCs/>
          <w:color w:val="auto"/>
          <w:szCs w:val="18"/>
          <w:lang w:eastAsia="ja-JP"/>
        </w:rPr>
      </w:pPr>
      <w:r w:rsidRPr="0035526A">
        <w:rPr>
          <w:rFonts w:eastAsiaTheme="minorEastAsia" w:hint="eastAsia"/>
          <w:bCs/>
          <w:color w:val="auto"/>
          <w:szCs w:val="18"/>
          <w:lang w:eastAsia="ja-JP"/>
        </w:rPr>
        <w:t>※電話等による口頭での回答は行き違いの可能性があるため、受け付けておりません。</w:t>
      </w:r>
    </w:p>
    <w:p w14:paraId="4CA00F00" w14:textId="77777777" w:rsidR="00F95085" w:rsidRPr="0035526A" w:rsidRDefault="00F95085" w:rsidP="00F95085">
      <w:pPr>
        <w:spacing w:after="0" w:line="240" w:lineRule="auto"/>
        <w:rPr>
          <w:rFonts w:eastAsiaTheme="minorEastAsia"/>
          <w:b/>
          <w:color w:val="auto"/>
          <w:sz w:val="22"/>
          <w:lang w:eastAsia="ja-JP"/>
        </w:rPr>
      </w:pPr>
    </w:p>
    <w:p w14:paraId="606E5027" w14:textId="77777777" w:rsidR="0013566E" w:rsidRPr="0035526A" w:rsidRDefault="00645A26">
      <w:pPr>
        <w:spacing w:after="0" w:line="240" w:lineRule="auto"/>
        <w:rPr>
          <w:color w:val="auto"/>
          <w:sz w:val="21"/>
          <w:szCs w:val="21"/>
          <w:lang w:eastAsia="ja-JP"/>
        </w:rPr>
      </w:pPr>
      <w:r w:rsidRPr="0035526A">
        <w:rPr>
          <w:b/>
          <w:color w:val="auto"/>
          <w:sz w:val="21"/>
          <w:szCs w:val="21"/>
          <w:lang w:eastAsia="ja-JP"/>
        </w:rPr>
        <w:t>本アンケート調査の位置づけ</w:t>
      </w:r>
    </w:p>
    <w:p w14:paraId="28167C43" w14:textId="6DFA603B" w:rsidR="00641F94" w:rsidRPr="0035526A" w:rsidRDefault="00645A26" w:rsidP="00641F94">
      <w:pPr>
        <w:spacing w:after="0" w:line="240" w:lineRule="auto"/>
        <w:ind w:left="113"/>
        <w:rPr>
          <w:strike/>
          <w:color w:val="auto"/>
          <w:lang w:eastAsia="ja-JP"/>
        </w:rPr>
      </w:pPr>
      <w:r w:rsidRPr="0035526A">
        <w:rPr>
          <w:color w:val="auto"/>
          <w:lang w:eastAsia="ja-JP"/>
        </w:rPr>
        <w:t>回答前に、本調査の取扱いをご確認ください。本調査は事業条件の検討を目的とし、</w:t>
      </w:r>
      <w:r w:rsidR="00641F94" w:rsidRPr="0035526A">
        <w:rPr>
          <w:color w:val="auto"/>
          <w:lang w:eastAsia="ja-JP"/>
        </w:rPr>
        <w:t>評価・選定には一切使用しません。</w:t>
      </w:r>
    </w:p>
    <w:p w14:paraId="13CA6088" w14:textId="4044BD14" w:rsidR="0013566E" w:rsidRPr="0035526A" w:rsidRDefault="00645A26" w:rsidP="00641F94">
      <w:pPr>
        <w:spacing w:after="0" w:line="240" w:lineRule="auto"/>
        <w:ind w:left="113"/>
        <w:rPr>
          <w:color w:val="auto"/>
          <w:lang w:eastAsia="ja-JP"/>
        </w:rPr>
      </w:pPr>
      <w:r w:rsidRPr="0035526A">
        <w:rPr>
          <w:color w:val="auto"/>
          <w:lang w:eastAsia="ja-JP"/>
        </w:rPr>
        <w:t>・各種資料は現段階の計画であり、今後の検討によって変更となる可能性があります。</w:t>
      </w:r>
      <w:r w:rsidRPr="0035526A">
        <w:rPr>
          <w:color w:val="auto"/>
          <w:lang w:eastAsia="ja-JP"/>
        </w:rPr>
        <w:br/>
        <w:t>・本調査における回答が、今後の事業者選定に影響を及ぼすことはありません。</w:t>
      </w:r>
    </w:p>
    <w:tbl>
      <w:tblPr>
        <w:tblW w:w="10318" w:type="dxa"/>
        <w:jc w:val="center"/>
        <w:tblLayout w:type="fixed"/>
        <w:tblLook w:val="04A0" w:firstRow="1" w:lastRow="0" w:firstColumn="1" w:lastColumn="0" w:noHBand="0" w:noVBand="1"/>
      </w:tblPr>
      <w:tblGrid>
        <w:gridCol w:w="3402"/>
        <w:gridCol w:w="6916"/>
      </w:tblGrid>
      <w:tr w:rsidR="0013566E" w:rsidRPr="0035526A" w14:paraId="0D34680A" w14:textId="77777777" w:rsidTr="008364D0">
        <w:trPr>
          <w:cantSplit/>
          <w:trHeight w:val="320"/>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55E60B36" w14:textId="6EFF8115" w:rsidR="0013566E" w:rsidRPr="0035526A" w:rsidRDefault="00645A26">
            <w:pPr>
              <w:spacing w:after="0" w:line="240" w:lineRule="auto"/>
              <w:rPr>
                <w:color w:val="auto"/>
                <w:lang w:eastAsia="ja-JP"/>
              </w:rPr>
            </w:pPr>
            <w:r w:rsidRPr="0035526A">
              <w:rPr>
                <w:b/>
                <w:color w:val="auto"/>
                <w:lang w:eastAsia="ja-JP"/>
              </w:rPr>
              <w:t>調査実施主体／</w:t>
            </w:r>
            <w:r w:rsidR="006B697F" w:rsidRPr="006B697F">
              <w:rPr>
                <w:b/>
                <w:color w:val="auto"/>
                <w:lang w:eastAsia="ja-JP"/>
              </w:rPr>
              <w:t>問合せ先</w:t>
            </w:r>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549043C" w14:textId="77777777" w:rsidR="0013566E" w:rsidRPr="0035526A" w:rsidRDefault="0013566E">
            <w:pPr>
              <w:spacing w:after="0" w:line="240" w:lineRule="auto"/>
              <w:rPr>
                <w:color w:val="auto"/>
                <w:lang w:eastAsia="ja-JP"/>
              </w:rPr>
            </w:pPr>
          </w:p>
        </w:tc>
      </w:tr>
      <w:tr w:rsidR="0013566E" w:rsidRPr="0035526A" w14:paraId="2D2A9E6A"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E87ED06" w14:textId="77777777" w:rsidR="0013566E" w:rsidRPr="0035526A" w:rsidRDefault="00645A26">
            <w:pPr>
              <w:spacing w:after="0" w:line="240" w:lineRule="auto"/>
              <w:rPr>
                <w:rFonts w:eastAsiaTheme="minorEastAsia"/>
                <w:color w:val="auto"/>
                <w:lang w:eastAsia="ja-JP"/>
              </w:rPr>
            </w:pPr>
            <w:proofErr w:type="spellStart"/>
            <w:r w:rsidRPr="0035526A">
              <w:rPr>
                <w:color w:val="auto"/>
              </w:rPr>
              <w:t>会社</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F9CCB29" w14:textId="77777777" w:rsidR="0013566E" w:rsidRPr="0035526A" w:rsidRDefault="00071920">
            <w:pPr>
              <w:spacing w:after="0" w:line="240" w:lineRule="auto"/>
              <w:rPr>
                <w:color w:val="auto"/>
                <w:lang w:eastAsia="ja-JP"/>
              </w:rPr>
            </w:pPr>
            <w:r w:rsidRPr="0035526A">
              <w:rPr>
                <w:rFonts w:hint="eastAsia"/>
                <w:color w:val="auto"/>
                <w:lang w:eastAsia="ja-JP"/>
              </w:rPr>
              <w:t>日建設計コンストラクション・マネジメント株式会社</w:t>
            </w:r>
          </w:p>
        </w:tc>
      </w:tr>
      <w:tr w:rsidR="0013566E" w:rsidRPr="0035526A" w14:paraId="6B96DB83"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70C1D07" w14:textId="77777777" w:rsidR="0013566E" w:rsidRPr="0035526A" w:rsidRDefault="00645A26">
            <w:pPr>
              <w:spacing w:after="0" w:line="240" w:lineRule="auto"/>
              <w:rPr>
                <w:color w:val="auto"/>
              </w:rPr>
            </w:pPr>
            <w:proofErr w:type="spellStart"/>
            <w:r w:rsidRPr="0035526A">
              <w:rPr>
                <w:color w:val="auto"/>
              </w:rPr>
              <w:t>担当者</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6C26B31" w14:textId="77777777" w:rsidR="0013566E" w:rsidRPr="0035526A" w:rsidRDefault="00071920">
            <w:pPr>
              <w:spacing w:after="0" w:line="240" w:lineRule="auto"/>
              <w:rPr>
                <w:color w:val="auto"/>
              </w:rPr>
            </w:pPr>
            <w:r w:rsidRPr="0035526A">
              <w:rPr>
                <w:rFonts w:hint="eastAsia"/>
                <w:color w:val="auto"/>
                <w:lang w:eastAsia="ja-JP"/>
              </w:rPr>
              <w:t>宮本、長瀬、石岡</w:t>
            </w:r>
          </w:p>
        </w:tc>
      </w:tr>
      <w:tr w:rsidR="0013566E" w:rsidRPr="0035526A" w14:paraId="39F56EEA"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57030F2" w14:textId="6211786D" w:rsidR="0013566E" w:rsidRPr="0035526A" w:rsidRDefault="00755711">
            <w:pPr>
              <w:spacing w:after="0" w:line="240" w:lineRule="auto"/>
              <w:rPr>
                <w:color w:val="auto"/>
              </w:rPr>
            </w:pPr>
            <w:r w:rsidRPr="0035526A">
              <w:rPr>
                <w:color w:val="auto"/>
              </w:rPr>
              <w:t xml:space="preserve">MAIL </w:t>
            </w:r>
            <w:r w:rsidRPr="0035526A">
              <w:rPr>
                <w:rFonts w:hint="eastAsia"/>
                <w:color w:val="auto"/>
                <w:lang w:eastAsia="ja-JP"/>
              </w:rPr>
              <w:t>／</w:t>
            </w:r>
            <w:r w:rsidRPr="0035526A">
              <w:rPr>
                <w:color w:val="auto"/>
              </w:rPr>
              <w:t>TEL</w:t>
            </w:r>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A6004BC" w14:textId="77777777" w:rsidR="006B697F" w:rsidRDefault="00755711" w:rsidP="006B697F">
            <w:pPr>
              <w:spacing w:after="0" w:line="240" w:lineRule="auto"/>
              <w:rPr>
                <w:color w:val="auto"/>
                <w:lang w:eastAsia="ja-JP"/>
              </w:rPr>
            </w:pPr>
            <w:r w:rsidRPr="0035526A">
              <w:rPr>
                <w:color w:val="auto"/>
                <w:lang w:eastAsia="ja-JP"/>
              </w:rPr>
              <w:t>MAIL：</w:t>
            </w:r>
            <w:r w:rsidRPr="0035526A">
              <w:rPr>
                <w:rFonts w:asciiTheme="minorEastAsia" w:eastAsiaTheme="minorEastAsia" w:hAnsiTheme="minorEastAsia"/>
                <w:color w:val="auto"/>
              </w:rPr>
              <w:t>yokkaichi-ykx-survey@nikken.jp</w:t>
            </w:r>
          </w:p>
          <w:p w14:paraId="0C126D3D" w14:textId="1C81CB46" w:rsidR="0013566E" w:rsidRPr="0035526A" w:rsidRDefault="00071920" w:rsidP="006B697F">
            <w:pPr>
              <w:spacing w:after="0" w:line="240" w:lineRule="auto"/>
              <w:rPr>
                <w:color w:val="auto"/>
              </w:rPr>
            </w:pPr>
            <w:r w:rsidRPr="0035526A">
              <w:rPr>
                <w:rFonts w:hint="eastAsia"/>
                <w:color w:val="auto"/>
                <w:lang w:eastAsia="ja-JP"/>
              </w:rPr>
              <w:t>TEL：052-388-6440（担当：長瀬、石岡）</w:t>
            </w:r>
          </w:p>
        </w:tc>
      </w:tr>
    </w:tbl>
    <w:p w14:paraId="17ACD1DD" w14:textId="1200DB1B" w:rsidR="0013566E" w:rsidRDefault="00CC1FE4" w:rsidP="00CC1FE4">
      <w:pPr>
        <w:spacing w:after="0" w:line="240" w:lineRule="auto"/>
        <w:jc w:val="both"/>
        <w:rPr>
          <w:color w:val="auto"/>
          <w:lang w:eastAsia="ja-JP"/>
        </w:rPr>
      </w:pPr>
      <w:r>
        <w:rPr>
          <w:rFonts w:hint="eastAsia"/>
          <w:color w:val="auto"/>
          <w:lang w:eastAsia="ja-JP"/>
        </w:rPr>
        <w:t>※</w:t>
      </w:r>
      <w:r w:rsidRPr="000B5EFF">
        <w:rPr>
          <w:color w:val="auto"/>
          <w:lang w:eastAsia="ja-JP"/>
        </w:rPr>
        <w:t>四日市市「知と交流の拠点施設整備事業」発注者支援業務の受託者として実施</w:t>
      </w:r>
    </w:p>
    <w:p w14:paraId="62013B4C" w14:textId="77777777" w:rsidR="00CC1FE4" w:rsidRDefault="00CC1FE4" w:rsidP="00CC1FE4">
      <w:pPr>
        <w:spacing w:after="0" w:line="240" w:lineRule="auto"/>
        <w:jc w:val="both"/>
        <w:rPr>
          <w:color w:val="auto"/>
          <w:lang w:eastAsia="ja-JP"/>
        </w:rPr>
      </w:pPr>
    </w:p>
    <w:p w14:paraId="6F12CBD5" w14:textId="77777777" w:rsidR="00CC1FE4" w:rsidRDefault="00CC1FE4" w:rsidP="00CC1FE4">
      <w:pPr>
        <w:spacing w:after="0" w:line="240" w:lineRule="auto"/>
        <w:jc w:val="both"/>
        <w:rPr>
          <w:color w:val="auto"/>
          <w:lang w:eastAsia="ja-JP"/>
        </w:rPr>
      </w:pPr>
    </w:p>
    <w:p w14:paraId="2C73306E" w14:textId="77777777" w:rsidR="00CC1FE4" w:rsidRDefault="00CC1FE4" w:rsidP="00CC1FE4">
      <w:pPr>
        <w:spacing w:after="0" w:line="240" w:lineRule="auto"/>
        <w:jc w:val="both"/>
        <w:rPr>
          <w:color w:val="auto"/>
          <w:lang w:eastAsia="ja-JP"/>
        </w:rPr>
      </w:pPr>
    </w:p>
    <w:p w14:paraId="102CBCD4" w14:textId="77777777" w:rsidR="00CC1FE4" w:rsidRDefault="00CC1FE4" w:rsidP="00CC1FE4">
      <w:pPr>
        <w:spacing w:after="0" w:line="240" w:lineRule="auto"/>
        <w:jc w:val="both"/>
        <w:rPr>
          <w:color w:val="auto"/>
          <w:lang w:eastAsia="ja-JP"/>
        </w:rPr>
      </w:pPr>
    </w:p>
    <w:p w14:paraId="14392DF9" w14:textId="77777777" w:rsidR="00CC1FE4" w:rsidRDefault="00CC1FE4" w:rsidP="00CC1FE4">
      <w:pPr>
        <w:spacing w:after="0" w:line="240" w:lineRule="auto"/>
        <w:jc w:val="both"/>
        <w:rPr>
          <w:color w:val="auto"/>
          <w:lang w:eastAsia="ja-JP"/>
        </w:rPr>
      </w:pPr>
    </w:p>
    <w:p w14:paraId="11EB3A02" w14:textId="77777777" w:rsidR="00CC1FE4" w:rsidRDefault="00CC1FE4" w:rsidP="00CC1FE4">
      <w:pPr>
        <w:spacing w:after="0" w:line="240" w:lineRule="auto"/>
        <w:jc w:val="both"/>
        <w:rPr>
          <w:color w:val="auto"/>
          <w:lang w:eastAsia="ja-JP"/>
        </w:rPr>
      </w:pPr>
    </w:p>
    <w:p w14:paraId="617AC217" w14:textId="77777777" w:rsidR="00CC1FE4" w:rsidRDefault="00CC1FE4" w:rsidP="00CC1FE4">
      <w:pPr>
        <w:spacing w:after="0" w:line="240" w:lineRule="auto"/>
        <w:jc w:val="both"/>
        <w:rPr>
          <w:color w:val="auto"/>
          <w:lang w:eastAsia="ja-JP"/>
        </w:rPr>
      </w:pPr>
    </w:p>
    <w:p w14:paraId="47E38FCC" w14:textId="77777777" w:rsidR="00CC1FE4" w:rsidRDefault="00CC1FE4" w:rsidP="00CC1FE4">
      <w:pPr>
        <w:spacing w:after="0" w:line="240" w:lineRule="auto"/>
        <w:jc w:val="both"/>
        <w:rPr>
          <w:color w:val="auto"/>
          <w:lang w:eastAsia="ja-JP"/>
        </w:rPr>
      </w:pPr>
    </w:p>
    <w:p w14:paraId="0DA1B2C4" w14:textId="77777777" w:rsidR="00CC1FE4" w:rsidRDefault="00CC1FE4" w:rsidP="00CC1FE4">
      <w:pPr>
        <w:spacing w:after="0" w:line="240" w:lineRule="auto"/>
        <w:jc w:val="both"/>
        <w:rPr>
          <w:color w:val="auto"/>
          <w:lang w:eastAsia="ja-JP"/>
        </w:rPr>
      </w:pPr>
    </w:p>
    <w:p w14:paraId="1A3541A5" w14:textId="77777777" w:rsidR="00CC1FE4" w:rsidRDefault="00CC1FE4" w:rsidP="00CC1FE4">
      <w:pPr>
        <w:spacing w:after="0" w:line="240" w:lineRule="auto"/>
        <w:jc w:val="both"/>
        <w:rPr>
          <w:color w:val="auto"/>
          <w:lang w:eastAsia="ja-JP"/>
        </w:rPr>
      </w:pPr>
    </w:p>
    <w:p w14:paraId="6C1B38B4" w14:textId="77777777" w:rsidR="00CC1FE4" w:rsidRDefault="00CC1FE4" w:rsidP="00CC1FE4">
      <w:pPr>
        <w:spacing w:after="0" w:line="240" w:lineRule="auto"/>
        <w:jc w:val="both"/>
        <w:rPr>
          <w:color w:val="auto"/>
          <w:lang w:eastAsia="ja-JP"/>
        </w:rPr>
      </w:pPr>
    </w:p>
    <w:p w14:paraId="27207765" w14:textId="77777777" w:rsidR="00CC1FE4" w:rsidRDefault="00CC1FE4" w:rsidP="00CC1FE4">
      <w:pPr>
        <w:spacing w:after="0" w:line="240" w:lineRule="auto"/>
        <w:jc w:val="both"/>
        <w:rPr>
          <w:color w:val="auto"/>
          <w:lang w:eastAsia="ja-JP"/>
        </w:rPr>
      </w:pPr>
    </w:p>
    <w:p w14:paraId="10CD9EF7" w14:textId="77777777" w:rsidR="00CC1FE4" w:rsidRDefault="00CC1FE4" w:rsidP="00CC1FE4">
      <w:pPr>
        <w:spacing w:after="0" w:line="240" w:lineRule="auto"/>
        <w:jc w:val="both"/>
        <w:rPr>
          <w:color w:val="auto"/>
          <w:lang w:eastAsia="ja-JP"/>
        </w:rPr>
      </w:pPr>
    </w:p>
    <w:p w14:paraId="41CF249C" w14:textId="77777777" w:rsidR="00CC1FE4" w:rsidRDefault="00CC1FE4" w:rsidP="00CC1FE4">
      <w:pPr>
        <w:spacing w:after="0" w:line="240" w:lineRule="auto"/>
        <w:jc w:val="both"/>
        <w:rPr>
          <w:color w:val="auto"/>
          <w:lang w:eastAsia="ja-JP"/>
        </w:rPr>
      </w:pPr>
    </w:p>
    <w:p w14:paraId="4F057347" w14:textId="77777777" w:rsidR="00CC1FE4" w:rsidRDefault="00CC1FE4" w:rsidP="00CC1FE4">
      <w:pPr>
        <w:spacing w:after="0" w:line="240" w:lineRule="auto"/>
        <w:jc w:val="both"/>
        <w:rPr>
          <w:color w:val="auto"/>
          <w:lang w:eastAsia="ja-JP"/>
        </w:rPr>
      </w:pPr>
    </w:p>
    <w:p w14:paraId="4BD75EA1" w14:textId="77777777" w:rsidR="00CC1FE4" w:rsidRDefault="00CC1FE4" w:rsidP="00CC1FE4">
      <w:pPr>
        <w:spacing w:after="0" w:line="240" w:lineRule="auto"/>
        <w:jc w:val="both"/>
        <w:rPr>
          <w:color w:val="auto"/>
          <w:lang w:eastAsia="ja-JP"/>
        </w:rPr>
      </w:pPr>
    </w:p>
    <w:p w14:paraId="4F853B76" w14:textId="77777777" w:rsidR="00CC1FE4" w:rsidRDefault="00CC1FE4" w:rsidP="00CC1FE4">
      <w:pPr>
        <w:spacing w:after="0" w:line="240" w:lineRule="auto"/>
        <w:jc w:val="both"/>
        <w:rPr>
          <w:color w:val="auto"/>
          <w:lang w:eastAsia="ja-JP"/>
        </w:rPr>
      </w:pPr>
    </w:p>
    <w:p w14:paraId="4DD63538" w14:textId="77777777" w:rsidR="00CC1FE4" w:rsidRDefault="00CC1FE4" w:rsidP="00CC1FE4">
      <w:pPr>
        <w:spacing w:after="0" w:line="240" w:lineRule="auto"/>
        <w:jc w:val="both"/>
        <w:rPr>
          <w:color w:val="auto"/>
          <w:lang w:eastAsia="ja-JP"/>
        </w:rPr>
      </w:pPr>
    </w:p>
    <w:p w14:paraId="67FF2C58" w14:textId="77777777" w:rsidR="00CC1FE4" w:rsidRDefault="00CC1FE4" w:rsidP="00CC1FE4">
      <w:pPr>
        <w:spacing w:after="0" w:line="240" w:lineRule="auto"/>
        <w:jc w:val="both"/>
        <w:rPr>
          <w:color w:val="auto"/>
          <w:lang w:eastAsia="ja-JP"/>
        </w:rPr>
      </w:pPr>
    </w:p>
    <w:p w14:paraId="234B4661" w14:textId="77777777" w:rsidR="00CC1FE4" w:rsidRDefault="00CC1FE4" w:rsidP="00CC1FE4">
      <w:pPr>
        <w:spacing w:after="0" w:line="240" w:lineRule="auto"/>
        <w:jc w:val="both"/>
        <w:rPr>
          <w:color w:val="auto"/>
          <w:lang w:eastAsia="ja-JP"/>
        </w:rPr>
      </w:pPr>
    </w:p>
    <w:p w14:paraId="0485E015" w14:textId="77777777" w:rsidR="00CC1FE4" w:rsidRPr="0035526A" w:rsidRDefault="00CC1FE4" w:rsidP="00CC1FE4">
      <w:pPr>
        <w:spacing w:after="0" w:line="240" w:lineRule="auto"/>
        <w:jc w:val="both"/>
        <w:rPr>
          <w:color w:val="auto"/>
          <w:lang w:eastAsia="ja-JP"/>
        </w:rPr>
      </w:pPr>
    </w:p>
    <w:p w14:paraId="5BFBD05E" w14:textId="77777777" w:rsidR="0013566E" w:rsidRPr="0035526A" w:rsidRDefault="00645A26">
      <w:pPr>
        <w:spacing w:after="0" w:line="240" w:lineRule="auto"/>
        <w:rPr>
          <w:color w:val="auto"/>
          <w:sz w:val="21"/>
          <w:szCs w:val="21"/>
          <w:lang w:eastAsia="ja-JP"/>
        </w:rPr>
      </w:pPr>
      <w:r w:rsidRPr="0035526A">
        <w:rPr>
          <w:b/>
          <w:color w:val="auto"/>
          <w:sz w:val="21"/>
          <w:lang w:eastAsia="ja-JP"/>
        </w:rPr>
        <w:lastRenderedPageBreak/>
        <w:t>1．回答者の情報</w:t>
      </w:r>
    </w:p>
    <w:p w14:paraId="6675921E" w14:textId="4504A48C" w:rsidR="0013566E" w:rsidRPr="007673A9" w:rsidRDefault="00645A26" w:rsidP="007673A9">
      <w:pPr>
        <w:spacing w:after="0" w:line="240" w:lineRule="auto"/>
        <w:ind w:left="113"/>
        <w:rPr>
          <w:color w:val="auto"/>
          <w:lang w:eastAsia="ja-JP"/>
        </w:rPr>
      </w:pPr>
      <w:r w:rsidRPr="0035526A">
        <w:rPr>
          <w:color w:val="auto"/>
          <w:lang w:eastAsia="ja-JP"/>
        </w:rPr>
        <w:t>ご回答いただく企業およびご担当者の情報をご記入ください。業態や担当分野は、本回答の前提を把握するために使用します。</w:t>
      </w:r>
      <w:r w:rsidR="007673A9" w:rsidRPr="001761C9">
        <w:rPr>
          <w:color w:val="auto"/>
          <w:lang w:eastAsia="ja-JP"/>
        </w:rPr>
        <w:t>※グループで</w:t>
      </w:r>
      <w:r w:rsidR="00372F64">
        <w:rPr>
          <w:color w:val="auto"/>
          <w:lang w:eastAsia="ja-JP"/>
        </w:rPr>
        <w:t>参画</w:t>
      </w:r>
      <w:r w:rsidR="007673A9" w:rsidRPr="001761C9">
        <w:rPr>
          <w:color w:val="auto"/>
          <w:lang w:eastAsia="ja-JP"/>
        </w:rPr>
        <w:t>する場合は、「貴社名」欄に代表法人名を先頭に構成法人名をすべて併記し、所在地・業態・担当者・連絡先は代表法人について記入してください。</w:t>
      </w:r>
    </w:p>
    <w:tbl>
      <w:tblPr>
        <w:tblW w:w="10318" w:type="dxa"/>
        <w:jc w:val="center"/>
        <w:tblLayout w:type="fixed"/>
        <w:tblLook w:val="04A0" w:firstRow="1" w:lastRow="0" w:firstColumn="1" w:lastColumn="0" w:noHBand="0" w:noVBand="1"/>
      </w:tblPr>
      <w:tblGrid>
        <w:gridCol w:w="3402"/>
        <w:gridCol w:w="6916"/>
      </w:tblGrid>
      <w:tr w:rsidR="0013566E" w:rsidRPr="0035526A" w14:paraId="1A21349D"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47737F49" w14:textId="77777777" w:rsidR="0013566E" w:rsidRPr="0035526A" w:rsidRDefault="00645A26">
            <w:pPr>
              <w:rPr>
                <w:color w:val="auto"/>
              </w:rPr>
            </w:pPr>
            <w:proofErr w:type="spellStart"/>
            <w:r w:rsidRPr="0035526A">
              <w:rPr>
                <w:b/>
                <w:color w:val="auto"/>
              </w:rPr>
              <w:t>項目</w:t>
            </w:r>
            <w:proofErr w:type="spellEnd"/>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4E6ED0F" w14:textId="77777777" w:rsidR="0013566E" w:rsidRPr="0035526A" w:rsidRDefault="00645A26">
            <w:pPr>
              <w:rPr>
                <w:color w:val="auto"/>
              </w:rPr>
            </w:pPr>
            <w:proofErr w:type="spellStart"/>
            <w:r w:rsidRPr="0035526A">
              <w:rPr>
                <w:b/>
                <w:color w:val="auto"/>
              </w:rPr>
              <w:t>記入欄</w:t>
            </w:r>
            <w:proofErr w:type="spellEnd"/>
          </w:p>
        </w:tc>
      </w:tr>
      <w:tr w:rsidR="0013566E" w:rsidRPr="0035526A" w14:paraId="1958BD55"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6EC2E8D" w14:textId="358288FC" w:rsidR="006B697F" w:rsidRPr="0035526A" w:rsidRDefault="00645A26">
            <w:pPr>
              <w:spacing w:after="0"/>
              <w:rPr>
                <w:color w:val="auto"/>
                <w:lang w:eastAsia="ja-JP"/>
              </w:rPr>
            </w:pPr>
            <w:proofErr w:type="spellStart"/>
            <w:r w:rsidRPr="0035526A">
              <w:rPr>
                <w:color w:val="auto"/>
              </w:rPr>
              <w:t>貴社名</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DC27D96" w14:textId="77777777" w:rsidR="0013566E" w:rsidRPr="0035526A" w:rsidRDefault="0013566E">
            <w:pPr>
              <w:spacing w:after="0"/>
              <w:rPr>
                <w:color w:val="auto"/>
                <w:lang w:eastAsia="ja-JP"/>
              </w:rPr>
            </w:pPr>
          </w:p>
        </w:tc>
      </w:tr>
      <w:tr w:rsidR="00A65944" w:rsidRPr="0035526A" w14:paraId="31E25656"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C64378C" w14:textId="3938FB6A" w:rsidR="00A65944" w:rsidRPr="0035526A" w:rsidRDefault="00A65944" w:rsidP="00A65944">
            <w:pPr>
              <w:spacing w:after="0"/>
              <w:rPr>
                <w:color w:val="auto"/>
                <w:lang w:eastAsia="ja-JP"/>
              </w:rPr>
            </w:pPr>
            <w:r w:rsidRPr="0035526A">
              <w:rPr>
                <w:color w:val="auto"/>
                <w:lang w:eastAsia="ja-JP"/>
              </w:rPr>
              <w:t>所在地／業態</w:t>
            </w:r>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D6201C6" w14:textId="77777777" w:rsidR="00A65944" w:rsidRPr="0035526A" w:rsidRDefault="00A65944" w:rsidP="00A65944">
            <w:pPr>
              <w:spacing w:after="0" w:line="240" w:lineRule="auto"/>
              <w:rPr>
                <w:color w:val="auto"/>
                <w:lang w:eastAsia="ja-JP"/>
              </w:rPr>
            </w:pPr>
            <w:r w:rsidRPr="0035526A">
              <w:rPr>
                <w:rFonts w:hint="eastAsia"/>
                <w:color w:val="auto"/>
                <w:lang w:eastAsia="ja-JP"/>
              </w:rPr>
              <w:t>所在地：</w:t>
            </w:r>
          </w:p>
          <w:p w14:paraId="13EAF14F" w14:textId="77777777" w:rsidR="00A65944" w:rsidRPr="0035526A" w:rsidRDefault="00A65944" w:rsidP="00A65944">
            <w:pPr>
              <w:spacing w:after="0" w:line="240" w:lineRule="auto"/>
              <w:rPr>
                <w:color w:val="auto"/>
                <w:lang w:eastAsia="ja-JP"/>
              </w:rPr>
            </w:pPr>
          </w:p>
          <w:p w14:paraId="37381826" w14:textId="77777777" w:rsidR="00A65944" w:rsidRPr="0035526A" w:rsidRDefault="00A65944" w:rsidP="00A65944">
            <w:pPr>
              <w:pStyle w:val="ae"/>
              <w:numPr>
                <w:ilvl w:val="0"/>
                <w:numId w:val="10"/>
              </w:numPr>
              <w:spacing w:after="0" w:line="240" w:lineRule="auto"/>
              <w:rPr>
                <w:color w:val="auto"/>
                <w:lang w:eastAsia="ja-JP"/>
              </w:rPr>
            </w:pPr>
            <w:r w:rsidRPr="0035526A">
              <w:rPr>
                <w:rFonts w:hint="eastAsia"/>
                <w:color w:val="auto"/>
                <w:lang w:eastAsia="ja-JP"/>
              </w:rPr>
              <w:t>総合建設業</w:t>
            </w:r>
          </w:p>
          <w:p w14:paraId="7E034956" w14:textId="77777777" w:rsidR="00A65944" w:rsidRPr="0035526A" w:rsidRDefault="00A65944" w:rsidP="00A65944">
            <w:pPr>
              <w:pStyle w:val="ae"/>
              <w:numPr>
                <w:ilvl w:val="0"/>
                <w:numId w:val="10"/>
              </w:numPr>
              <w:spacing w:after="0" w:line="240" w:lineRule="auto"/>
              <w:rPr>
                <w:color w:val="auto"/>
                <w:lang w:eastAsia="ja-JP"/>
              </w:rPr>
            </w:pPr>
            <w:r w:rsidRPr="0035526A">
              <w:rPr>
                <w:rFonts w:hint="eastAsia"/>
                <w:color w:val="auto"/>
                <w:lang w:eastAsia="ja-JP"/>
              </w:rPr>
              <w:t>電気設備工事業</w:t>
            </w:r>
          </w:p>
          <w:p w14:paraId="5F2158C8" w14:textId="77777777" w:rsidR="00A65944" w:rsidRPr="0035526A" w:rsidRDefault="00A65944" w:rsidP="00A65944">
            <w:pPr>
              <w:pStyle w:val="ae"/>
              <w:numPr>
                <w:ilvl w:val="0"/>
                <w:numId w:val="10"/>
              </w:numPr>
              <w:spacing w:after="0" w:line="240" w:lineRule="auto"/>
              <w:rPr>
                <w:color w:val="auto"/>
                <w:lang w:eastAsia="ja-JP"/>
              </w:rPr>
            </w:pPr>
            <w:r w:rsidRPr="0035526A">
              <w:rPr>
                <w:rFonts w:hint="eastAsia"/>
                <w:color w:val="auto"/>
                <w:lang w:eastAsia="ja-JP"/>
              </w:rPr>
              <w:t>機械設備工事業</w:t>
            </w:r>
          </w:p>
          <w:p w14:paraId="1D57EA44" w14:textId="77777777" w:rsidR="00A65944" w:rsidRPr="0035526A" w:rsidRDefault="00A65944" w:rsidP="00A65944">
            <w:pPr>
              <w:pStyle w:val="ae"/>
              <w:numPr>
                <w:ilvl w:val="0"/>
                <w:numId w:val="10"/>
              </w:numPr>
              <w:spacing w:after="0" w:line="240" w:lineRule="auto"/>
              <w:rPr>
                <w:color w:val="auto"/>
                <w:lang w:eastAsia="ja-JP"/>
              </w:rPr>
            </w:pPr>
            <w:r w:rsidRPr="0035526A">
              <w:rPr>
                <w:rFonts w:hint="eastAsia"/>
                <w:color w:val="auto"/>
                <w:lang w:eastAsia="ja-JP"/>
              </w:rPr>
              <w:t>建築設計事務所</w:t>
            </w:r>
          </w:p>
          <w:p w14:paraId="2BB3F59D" w14:textId="7676DE24" w:rsidR="00A65944" w:rsidRPr="0035526A" w:rsidRDefault="007673A9" w:rsidP="00A65944">
            <w:pPr>
              <w:spacing w:after="0"/>
              <w:rPr>
                <w:color w:val="auto"/>
                <w:lang w:eastAsia="ja-JP"/>
              </w:rPr>
            </w:pPr>
            <w:r>
              <w:rPr>
                <w:rFonts w:hint="eastAsia"/>
                <w:color w:val="auto"/>
                <w:lang w:eastAsia="ja-JP"/>
              </w:rPr>
              <w:t xml:space="preserve">□　</w:t>
            </w:r>
            <w:r w:rsidR="00A65944" w:rsidRPr="0035526A">
              <w:rPr>
                <w:rFonts w:hint="eastAsia"/>
                <w:color w:val="auto"/>
                <w:lang w:eastAsia="ja-JP"/>
              </w:rPr>
              <w:t>その他（　　　　　　　　　　　　　　　　　　　　　　　　　　　　　　）</w:t>
            </w:r>
          </w:p>
        </w:tc>
      </w:tr>
      <w:tr w:rsidR="00A65944" w:rsidRPr="0035526A" w14:paraId="5BC7E5BF"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316F3F6" w14:textId="77777777" w:rsidR="00A65944" w:rsidRPr="0035526A" w:rsidRDefault="00A65944" w:rsidP="00A65944">
            <w:pPr>
              <w:spacing w:after="0"/>
              <w:rPr>
                <w:color w:val="auto"/>
              </w:rPr>
            </w:pPr>
            <w:proofErr w:type="spellStart"/>
            <w:r w:rsidRPr="0035526A">
              <w:rPr>
                <w:color w:val="auto"/>
              </w:rPr>
              <w:t>担当者</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29A1296" w14:textId="77777777" w:rsidR="00A65944" w:rsidRPr="0035526A" w:rsidRDefault="00A65944" w:rsidP="00A65944">
            <w:pPr>
              <w:spacing w:after="0"/>
              <w:rPr>
                <w:color w:val="auto"/>
              </w:rPr>
            </w:pPr>
            <w:proofErr w:type="spellStart"/>
            <w:r w:rsidRPr="0035526A">
              <w:rPr>
                <w:color w:val="auto"/>
              </w:rPr>
              <w:t>所属</w:t>
            </w:r>
            <w:proofErr w:type="spellEnd"/>
            <w:r w:rsidRPr="0035526A">
              <w:rPr>
                <w:color w:val="auto"/>
              </w:rPr>
              <w:t xml:space="preserve">：　　　　　　　</w:t>
            </w:r>
            <w:proofErr w:type="spellStart"/>
            <w:r w:rsidRPr="0035526A">
              <w:rPr>
                <w:color w:val="auto"/>
              </w:rPr>
              <w:t>氏名</w:t>
            </w:r>
            <w:proofErr w:type="spellEnd"/>
            <w:r w:rsidRPr="0035526A">
              <w:rPr>
                <w:color w:val="auto"/>
              </w:rPr>
              <w:t xml:space="preserve">：　　　　　　　</w:t>
            </w:r>
            <w:proofErr w:type="spellStart"/>
            <w:r w:rsidRPr="0035526A">
              <w:rPr>
                <w:color w:val="auto"/>
              </w:rPr>
              <w:t>役職</w:t>
            </w:r>
            <w:proofErr w:type="spellEnd"/>
            <w:r w:rsidRPr="0035526A">
              <w:rPr>
                <w:color w:val="auto"/>
              </w:rPr>
              <w:t>：</w:t>
            </w:r>
          </w:p>
        </w:tc>
      </w:tr>
      <w:tr w:rsidR="00A65944" w:rsidRPr="0035526A" w14:paraId="4958FF55"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EC5C7C0" w14:textId="77777777" w:rsidR="00A65944" w:rsidRPr="0035526A" w:rsidRDefault="00A65944" w:rsidP="00A65944">
            <w:pPr>
              <w:spacing w:after="0"/>
              <w:rPr>
                <w:color w:val="auto"/>
              </w:rPr>
            </w:pPr>
            <w:proofErr w:type="spellStart"/>
            <w:r w:rsidRPr="0035526A">
              <w:rPr>
                <w:color w:val="auto"/>
              </w:rPr>
              <w:t>連絡先</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48CD1CA" w14:textId="77777777" w:rsidR="00A65944" w:rsidRPr="0035526A" w:rsidRDefault="00A65944" w:rsidP="00A65944">
            <w:pPr>
              <w:spacing w:after="0"/>
              <w:rPr>
                <w:color w:val="auto"/>
              </w:rPr>
            </w:pPr>
            <w:r w:rsidRPr="0035526A">
              <w:rPr>
                <w:color w:val="auto"/>
              </w:rPr>
              <w:t>TEL：　　　　　　　 MAIL：</w:t>
            </w:r>
          </w:p>
        </w:tc>
      </w:tr>
    </w:tbl>
    <w:p w14:paraId="76484E9F" w14:textId="77777777" w:rsidR="00F7694B" w:rsidRPr="0035526A" w:rsidRDefault="00F7694B">
      <w:pPr>
        <w:spacing w:before="100" w:after="20"/>
        <w:rPr>
          <w:rFonts w:eastAsiaTheme="minorEastAsia"/>
          <w:b/>
          <w:color w:val="auto"/>
          <w:sz w:val="22"/>
          <w:lang w:eastAsia="ja-JP"/>
        </w:rPr>
      </w:pPr>
    </w:p>
    <w:p w14:paraId="4EFD156F" w14:textId="77777777" w:rsidR="0013566E" w:rsidRPr="0035526A" w:rsidRDefault="00645A26">
      <w:pPr>
        <w:spacing w:after="0" w:line="240" w:lineRule="auto"/>
        <w:rPr>
          <w:color w:val="auto"/>
          <w:sz w:val="21"/>
          <w:szCs w:val="21"/>
          <w:lang w:eastAsia="ja-JP"/>
        </w:rPr>
      </w:pPr>
      <w:r w:rsidRPr="0035526A">
        <w:rPr>
          <w:b/>
          <w:color w:val="auto"/>
          <w:sz w:val="21"/>
          <w:lang w:eastAsia="ja-JP"/>
        </w:rPr>
        <w:t>2．四日市市および周辺地域での施工体制</w:t>
      </w:r>
    </w:p>
    <w:p w14:paraId="5E2C1DE9" w14:textId="77777777" w:rsidR="0013566E" w:rsidRPr="0035526A" w:rsidRDefault="00645A26">
      <w:pPr>
        <w:spacing w:after="0" w:line="240" w:lineRule="auto"/>
        <w:ind w:left="113"/>
        <w:rPr>
          <w:color w:val="auto"/>
          <w:lang w:eastAsia="ja-JP"/>
        </w:rPr>
      </w:pPr>
      <w:r w:rsidRPr="0035526A">
        <w:rPr>
          <w:color w:val="auto"/>
          <w:lang w:eastAsia="ja-JP"/>
        </w:rPr>
        <w:t>本事業へ参画する場合に、四日市市および周辺地域で施工班・協力会社・現場管理者等を確保できるか、最も近いものを1つ選択してください。</w:t>
      </w:r>
    </w:p>
    <w:tbl>
      <w:tblPr>
        <w:tblW w:w="10318" w:type="dxa"/>
        <w:jc w:val="center"/>
        <w:tblLayout w:type="fixed"/>
        <w:tblLook w:val="04A0" w:firstRow="1" w:lastRow="0" w:firstColumn="1" w:lastColumn="0" w:noHBand="0" w:noVBand="1"/>
      </w:tblPr>
      <w:tblGrid>
        <w:gridCol w:w="10318"/>
      </w:tblGrid>
      <w:tr w:rsidR="0013566E" w:rsidRPr="0035526A" w14:paraId="237582E5"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5D8464A3" w14:textId="77777777" w:rsidR="0013566E" w:rsidRPr="0035526A" w:rsidRDefault="00645A26">
            <w:pPr>
              <w:spacing w:after="0"/>
              <w:rPr>
                <w:color w:val="auto"/>
                <w:lang w:eastAsia="ja-JP"/>
              </w:rPr>
            </w:pPr>
            <w:r w:rsidRPr="0035526A">
              <w:rPr>
                <w:color w:val="auto"/>
                <w:lang w:eastAsia="ja-JP"/>
              </w:rPr>
              <w:t>☐　確保しやすい</w:t>
            </w:r>
          </w:p>
          <w:p w14:paraId="3B1597C2" w14:textId="77777777" w:rsidR="0013566E" w:rsidRPr="0035526A" w:rsidRDefault="00645A26">
            <w:pPr>
              <w:spacing w:after="0"/>
              <w:rPr>
                <w:color w:val="auto"/>
                <w:lang w:eastAsia="ja-JP"/>
              </w:rPr>
            </w:pPr>
            <w:r w:rsidRPr="0035526A">
              <w:rPr>
                <w:color w:val="auto"/>
                <w:lang w:eastAsia="ja-JP"/>
              </w:rPr>
              <w:t>☐　条件次第で確保可能</w:t>
            </w:r>
          </w:p>
          <w:p w14:paraId="466BBF73" w14:textId="77777777" w:rsidR="0013566E" w:rsidRPr="0035526A" w:rsidRDefault="00645A26">
            <w:pPr>
              <w:spacing w:after="0"/>
              <w:rPr>
                <w:color w:val="auto"/>
                <w:lang w:eastAsia="ja-JP"/>
              </w:rPr>
            </w:pPr>
            <w:r w:rsidRPr="0035526A">
              <w:rPr>
                <w:color w:val="auto"/>
                <w:lang w:eastAsia="ja-JP"/>
              </w:rPr>
              <w:t>☐　確保が難しい</w:t>
            </w:r>
          </w:p>
          <w:p w14:paraId="2E9C6DAE" w14:textId="77777777" w:rsidR="0013566E" w:rsidRPr="0035526A" w:rsidRDefault="00645A26">
            <w:pPr>
              <w:spacing w:after="0"/>
              <w:rPr>
                <w:color w:val="auto"/>
                <w:lang w:eastAsia="ja-JP"/>
              </w:rPr>
            </w:pPr>
            <w:r w:rsidRPr="0035526A">
              <w:rPr>
                <w:color w:val="auto"/>
                <w:lang w:eastAsia="ja-JP"/>
              </w:rPr>
              <w:t>☐　判断できない</w:t>
            </w:r>
          </w:p>
          <w:p w14:paraId="7D6DFABC" w14:textId="77777777" w:rsidR="0013566E" w:rsidRPr="0035526A" w:rsidRDefault="00645A26">
            <w:pPr>
              <w:spacing w:before="40"/>
              <w:rPr>
                <w:color w:val="auto"/>
                <w:lang w:eastAsia="ja-JP"/>
              </w:rPr>
            </w:pPr>
            <w:r w:rsidRPr="0035526A">
              <w:rPr>
                <w:color w:val="auto"/>
                <w:lang w:eastAsia="ja-JP"/>
              </w:rPr>
              <w:t>≪選択した理由・条件・補足事項をご記入ください≫</w:t>
            </w:r>
          </w:p>
          <w:p w14:paraId="422869F4" w14:textId="77777777" w:rsidR="000746A4" w:rsidRPr="0035526A" w:rsidRDefault="000746A4">
            <w:pPr>
              <w:spacing w:before="40"/>
              <w:rPr>
                <w:color w:val="auto"/>
                <w:lang w:eastAsia="ja-JP"/>
              </w:rPr>
            </w:pPr>
          </w:p>
        </w:tc>
      </w:tr>
    </w:tbl>
    <w:p w14:paraId="6E2B4914" w14:textId="77777777" w:rsidR="00F7694B" w:rsidRPr="0035526A" w:rsidRDefault="00F7694B">
      <w:pPr>
        <w:spacing w:before="100" w:after="20"/>
        <w:rPr>
          <w:rFonts w:eastAsiaTheme="minorEastAsia"/>
          <w:b/>
          <w:color w:val="auto"/>
          <w:sz w:val="22"/>
          <w:lang w:eastAsia="ja-JP"/>
        </w:rPr>
      </w:pPr>
    </w:p>
    <w:p w14:paraId="0D9F85D2" w14:textId="77777777" w:rsidR="0013566E" w:rsidRPr="0035526A" w:rsidRDefault="00645A26">
      <w:pPr>
        <w:spacing w:after="0" w:line="240" w:lineRule="auto"/>
        <w:rPr>
          <w:color w:val="auto"/>
          <w:sz w:val="21"/>
          <w:szCs w:val="21"/>
          <w:lang w:eastAsia="ja-JP"/>
        </w:rPr>
      </w:pPr>
      <w:r w:rsidRPr="0035526A">
        <w:rPr>
          <w:b/>
          <w:color w:val="auto"/>
          <w:sz w:val="21"/>
          <w:lang w:eastAsia="ja-JP"/>
        </w:rPr>
        <w:t>3．類似案件の経験</w:t>
      </w:r>
    </w:p>
    <w:p w14:paraId="3BDD7F03" w14:textId="425B3C55" w:rsidR="0013566E" w:rsidRPr="007673A9" w:rsidRDefault="00645A26" w:rsidP="007673A9">
      <w:pPr>
        <w:spacing w:after="0" w:line="240" w:lineRule="auto"/>
        <w:ind w:left="113"/>
        <w:rPr>
          <w:color w:val="auto"/>
          <w:lang w:eastAsia="ja-JP"/>
        </w:rPr>
      </w:pPr>
      <w:r w:rsidRPr="0035526A">
        <w:rPr>
          <w:color w:val="auto"/>
          <w:lang w:eastAsia="ja-JP"/>
        </w:rPr>
        <w:t>各実績について該当の有無を選択し、実績がある場合は対象期間と代表的な案件名をご記入ください。</w:t>
      </w:r>
      <w:r w:rsidR="007673A9" w:rsidRPr="00AC1803">
        <w:rPr>
          <w:color w:val="auto"/>
          <w:lang w:eastAsia="ja-JP"/>
        </w:rPr>
        <w:t>案件名を開示できない場合は施設用途・規模のみでも構いません。</w:t>
      </w:r>
    </w:p>
    <w:tbl>
      <w:tblPr>
        <w:tblW w:w="10318" w:type="dxa"/>
        <w:jc w:val="center"/>
        <w:tblLayout w:type="fixed"/>
        <w:tblLook w:val="04A0" w:firstRow="1" w:lastRow="0" w:firstColumn="1" w:lastColumn="0" w:noHBand="0" w:noVBand="1"/>
      </w:tblPr>
      <w:tblGrid>
        <w:gridCol w:w="3500"/>
        <w:gridCol w:w="2312"/>
        <w:gridCol w:w="4506"/>
      </w:tblGrid>
      <w:tr w:rsidR="0013566E" w:rsidRPr="0035526A" w14:paraId="3EB343C9" w14:textId="77777777" w:rsidTr="007C4734">
        <w:trPr>
          <w:cantSplit/>
          <w:jc w:val="center"/>
        </w:trPr>
        <w:tc>
          <w:tcPr>
            <w:tcW w:w="35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B5E78FF" w14:textId="77777777" w:rsidR="0013566E" w:rsidRPr="0035526A" w:rsidRDefault="00645A26">
            <w:pPr>
              <w:rPr>
                <w:color w:val="auto"/>
              </w:rPr>
            </w:pPr>
            <w:proofErr w:type="spellStart"/>
            <w:r w:rsidRPr="0035526A">
              <w:rPr>
                <w:b/>
                <w:color w:val="auto"/>
              </w:rPr>
              <w:t>実績の種類</w:t>
            </w:r>
            <w:proofErr w:type="spellEnd"/>
          </w:p>
        </w:tc>
        <w:tc>
          <w:tcPr>
            <w:tcW w:w="231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2549F7C" w14:textId="6FDA3000" w:rsidR="0013566E" w:rsidRPr="0035526A" w:rsidRDefault="007C4734">
            <w:pPr>
              <w:rPr>
                <w:color w:val="auto"/>
                <w:lang w:eastAsia="ja-JP"/>
              </w:rPr>
            </w:pPr>
            <w:r w:rsidRPr="0035526A">
              <w:rPr>
                <w:b/>
                <w:color w:val="auto"/>
                <w:lang w:eastAsia="ja-JP"/>
              </w:rPr>
              <w:t>有無</w:t>
            </w:r>
            <w:r w:rsidRPr="0035526A">
              <w:rPr>
                <w:rFonts w:hint="eastAsia"/>
                <w:b/>
                <w:color w:val="auto"/>
                <w:lang w:eastAsia="ja-JP"/>
              </w:rPr>
              <w:t>（過去15年以内）</w:t>
            </w:r>
          </w:p>
        </w:tc>
        <w:tc>
          <w:tcPr>
            <w:tcW w:w="450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3773182" w14:textId="77777777" w:rsidR="0013566E" w:rsidRPr="0035526A" w:rsidRDefault="00645A26">
            <w:pPr>
              <w:rPr>
                <w:color w:val="auto"/>
              </w:rPr>
            </w:pPr>
            <w:proofErr w:type="spellStart"/>
            <w:r w:rsidRPr="0035526A">
              <w:rPr>
                <w:b/>
                <w:color w:val="auto"/>
              </w:rPr>
              <w:t>代表的な実績名称</w:t>
            </w:r>
            <w:proofErr w:type="spellEnd"/>
          </w:p>
        </w:tc>
      </w:tr>
      <w:tr w:rsidR="008C4E7D" w:rsidRPr="0035526A" w14:paraId="6FEED9D3" w14:textId="77777777" w:rsidTr="007C4734">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E3C3DB9" w14:textId="77777777" w:rsidR="008C4E7D" w:rsidRPr="0035526A" w:rsidRDefault="008C4E7D" w:rsidP="008C4E7D">
            <w:pPr>
              <w:spacing w:after="0"/>
              <w:rPr>
                <w:color w:val="auto"/>
                <w:lang w:eastAsia="ja-JP"/>
              </w:rPr>
            </w:pPr>
            <w:r w:rsidRPr="0035526A">
              <w:rPr>
                <w:color w:val="auto"/>
                <w:lang w:eastAsia="ja-JP"/>
              </w:rPr>
              <w:t>図書館・ホール</w:t>
            </w:r>
            <w:r w:rsidRPr="0035526A">
              <w:rPr>
                <w:rFonts w:hint="eastAsia"/>
                <w:color w:val="auto"/>
                <w:lang w:eastAsia="ja-JP"/>
              </w:rPr>
              <w:t>の公共施設</w:t>
            </w:r>
            <w:r w:rsidRPr="0035526A">
              <w:rPr>
                <w:color w:val="auto"/>
                <w:lang w:eastAsia="ja-JP"/>
              </w:rPr>
              <w:t>の施工実績を有する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818DBE3" w14:textId="17DF03B6" w:rsidR="00F70E02" w:rsidRPr="0035526A" w:rsidRDefault="00AB74C3">
            <w:pPr>
              <w:rPr>
                <w:color w:val="auto"/>
              </w:rPr>
            </w:pPr>
            <w:r w:rsidRPr="0035526A">
              <w:rPr>
                <w:color w:val="auto"/>
              </w:rPr>
              <w:t>☐有 過去</w:t>
            </w:r>
            <w:r w:rsidR="00BC1F97" w:rsidRPr="0035526A">
              <w:rPr>
                <w:rFonts w:eastAsiaTheme="minorEastAsia" w:hint="eastAsia"/>
                <w:color w:val="auto"/>
                <w:lang w:eastAsia="ja-JP"/>
              </w:rPr>
              <w:t>15</w:t>
            </w:r>
            <w:r w:rsidRPr="0035526A">
              <w:rPr>
                <w:color w:val="auto"/>
              </w:rPr>
              <w:t>年以内</w:t>
            </w:r>
            <w:r w:rsidRPr="0035526A">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CB89312" w14:textId="77777777" w:rsidR="008C4E7D" w:rsidRPr="0035526A" w:rsidRDefault="008C4E7D" w:rsidP="008C4E7D">
            <w:pPr>
              <w:spacing w:after="0"/>
              <w:rPr>
                <w:color w:val="auto"/>
              </w:rPr>
            </w:pPr>
          </w:p>
        </w:tc>
      </w:tr>
      <w:tr w:rsidR="008C4E7D" w:rsidRPr="0035526A" w14:paraId="74FC90F3" w14:textId="77777777" w:rsidTr="007C4734">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9276E03" w14:textId="77777777" w:rsidR="008C4E7D" w:rsidRPr="0035526A" w:rsidRDefault="008C4E7D" w:rsidP="008C4E7D">
            <w:pPr>
              <w:spacing w:after="0"/>
              <w:rPr>
                <w:color w:val="auto"/>
                <w:lang w:eastAsia="ja-JP"/>
              </w:rPr>
            </w:pPr>
            <w:r w:rsidRPr="0035526A">
              <w:rPr>
                <w:color w:val="auto"/>
                <w:lang w:eastAsia="ja-JP"/>
              </w:rPr>
              <w:t>庁舎・公共施設の施工実績を有する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8B43465" w14:textId="59BF6373" w:rsidR="00F70E02" w:rsidRPr="0035526A" w:rsidRDefault="00AB74C3">
            <w:pPr>
              <w:rPr>
                <w:color w:val="auto"/>
              </w:rPr>
            </w:pPr>
            <w:r w:rsidRPr="0035526A">
              <w:rPr>
                <w:color w:val="auto"/>
              </w:rPr>
              <w:t>☐有 過去</w:t>
            </w:r>
            <w:r w:rsidR="00BC1F97" w:rsidRPr="0035526A">
              <w:rPr>
                <w:rFonts w:eastAsiaTheme="minorEastAsia" w:hint="eastAsia"/>
                <w:color w:val="auto"/>
                <w:lang w:eastAsia="ja-JP"/>
              </w:rPr>
              <w:t>15</w:t>
            </w:r>
            <w:r w:rsidRPr="0035526A">
              <w:rPr>
                <w:color w:val="auto"/>
              </w:rPr>
              <w:t>年以内</w:t>
            </w:r>
            <w:r w:rsidRPr="0035526A">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44ACF38" w14:textId="77777777" w:rsidR="008C4E7D" w:rsidRPr="0035526A" w:rsidRDefault="008C4E7D" w:rsidP="008C4E7D">
            <w:pPr>
              <w:spacing w:after="0"/>
              <w:rPr>
                <w:color w:val="auto"/>
              </w:rPr>
            </w:pPr>
          </w:p>
        </w:tc>
      </w:tr>
      <w:tr w:rsidR="008C4E7D" w:rsidRPr="0035526A" w14:paraId="454E0D9E" w14:textId="77777777" w:rsidTr="007C4734">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851B2FD" w14:textId="77777777" w:rsidR="008C4E7D" w:rsidRPr="0035526A" w:rsidRDefault="008C4E7D" w:rsidP="008C4E7D">
            <w:pPr>
              <w:spacing w:after="0"/>
              <w:rPr>
                <w:color w:val="auto"/>
                <w:lang w:eastAsia="ja-JP"/>
              </w:rPr>
            </w:pPr>
            <w:r w:rsidRPr="0035526A">
              <w:rPr>
                <w:rFonts w:eastAsiaTheme="minorEastAsia"/>
                <w:color w:val="auto"/>
                <w:lang w:eastAsia="ja-JP"/>
              </w:rPr>
              <w:t>DB</w:t>
            </w:r>
            <w:r w:rsidRPr="0035526A">
              <w:rPr>
                <w:rFonts w:hint="eastAsia"/>
                <w:color w:val="auto"/>
                <w:lang w:eastAsia="ja-JP"/>
              </w:rPr>
              <w:t>方式</w:t>
            </w:r>
            <w:r w:rsidRPr="0035526A">
              <w:rPr>
                <w:color w:val="auto"/>
                <w:lang w:eastAsia="ja-JP"/>
              </w:rPr>
              <w:t>での</w:t>
            </w:r>
            <w:r w:rsidRPr="0035526A">
              <w:rPr>
                <w:rFonts w:hint="eastAsia"/>
                <w:color w:val="auto"/>
                <w:lang w:eastAsia="ja-JP"/>
              </w:rPr>
              <w:t>協力会社</w:t>
            </w:r>
            <w:r w:rsidRPr="0035526A">
              <w:rPr>
                <w:color w:val="auto"/>
                <w:lang w:eastAsia="ja-JP"/>
              </w:rPr>
              <w:t>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14C5F5E" w14:textId="4D42F0F1" w:rsidR="00F70E02" w:rsidRPr="0035526A" w:rsidRDefault="00AB74C3">
            <w:pPr>
              <w:rPr>
                <w:color w:val="auto"/>
              </w:rPr>
            </w:pPr>
            <w:r w:rsidRPr="0035526A">
              <w:rPr>
                <w:color w:val="auto"/>
              </w:rPr>
              <w:t>☐有 過去</w:t>
            </w:r>
            <w:r w:rsidR="00BC1F97" w:rsidRPr="0035526A">
              <w:rPr>
                <w:rFonts w:eastAsiaTheme="minorEastAsia" w:hint="eastAsia"/>
                <w:color w:val="auto"/>
                <w:lang w:eastAsia="ja-JP"/>
              </w:rPr>
              <w:t>15</w:t>
            </w:r>
            <w:r w:rsidRPr="0035526A">
              <w:rPr>
                <w:color w:val="auto"/>
              </w:rPr>
              <w:t>年以内</w:t>
            </w:r>
            <w:r w:rsidRPr="0035526A">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9F34941" w14:textId="77777777" w:rsidR="008C4E7D" w:rsidRPr="0035526A" w:rsidRDefault="008C4E7D" w:rsidP="008C4E7D">
            <w:pPr>
              <w:spacing w:after="0"/>
              <w:rPr>
                <w:color w:val="auto"/>
              </w:rPr>
            </w:pPr>
          </w:p>
        </w:tc>
      </w:tr>
      <w:tr w:rsidR="0013566E" w:rsidRPr="0035526A" w14:paraId="2AA5A257" w14:textId="77777777" w:rsidTr="007C4734">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E6D396B" w14:textId="30E14F60" w:rsidR="0013566E" w:rsidRPr="0035526A" w:rsidRDefault="00645A26">
            <w:pPr>
              <w:spacing w:after="0"/>
              <w:rPr>
                <w:color w:val="auto"/>
                <w:lang w:eastAsia="ja-JP"/>
              </w:rPr>
            </w:pPr>
            <w:r w:rsidRPr="0035526A">
              <w:rPr>
                <w:color w:val="auto"/>
                <w:lang w:eastAsia="ja-JP"/>
              </w:rPr>
              <w:t>設備工事の元請</w:t>
            </w:r>
            <w:r w:rsidR="00047E36" w:rsidRPr="0035526A">
              <w:rPr>
                <w:color w:val="auto"/>
                <w:lang w:eastAsia="ja-JP"/>
              </w:rPr>
              <w:t>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F40A19A" w14:textId="1248AC32" w:rsidR="00F70E02" w:rsidRPr="0035526A" w:rsidRDefault="00AB74C3">
            <w:pPr>
              <w:rPr>
                <w:color w:val="auto"/>
              </w:rPr>
            </w:pPr>
            <w:r w:rsidRPr="0035526A">
              <w:rPr>
                <w:color w:val="auto"/>
              </w:rPr>
              <w:t>☐有 過去</w:t>
            </w:r>
            <w:r w:rsidR="00BC1F97" w:rsidRPr="0035526A">
              <w:rPr>
                <w:rFonts w:eastAsiaTheme="minorEastAsia" w:hint="eastAsia"/>
                <w:color w:val="auto"/>
                <w:lang w:eastAsia="ja-JP"/>
              </w:rPr>
              <w:t>15</w:t>
            </w:r>
            <w:r w:rsidRPr="0035526A">
              <w:rPr>
                <w:color w:val="auto"/>
              </w:rPr>
              <w:t>年以内</w:t>
            </w:r>
            <w:r w:rsidRPr="0035526A">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D8461B9" w14:textId="77777777" w:rsidR="0013566E" w:rsidRPr="0035526A" w:rsidRDefault="0013566E">
            <w:pPr>
              <w:spacing w:after="0"/>
              <w:rPr>
                <w:color w:val="auto"/>
              </w:rPr>
            </w:pPr>
          </w:p>
        </w:tc>
      </w:tr>
    </w:tbl>
    <w:p w14:paraId="289D29F6" w14:textId="594A300D" w:rsidR="00BC1F97" w:rsidRPr="0035526A" w:rsidRDefault="003B4AB3" w:rsidP="00BC1F97">
      <w:pPr>
        <w:spacing w:after="0" w:line="240" w:lineRule="auto"/>
        <w:rPr>
          <w:bCs/>
          <w:color w:val="auto"/>
          <w:szCs w:val="18"/>
          <w:lang w:eastAsia="ja-JP"/>
        </w:rPr>
      </w:pPr>
      <w:r w:rsidRPr="0035526A">
        <w:rPr>
          <w:bCs/>
          <w:color w:val="auto"/>
          <w:szCs w:val="18"/>
          <w:lang w:eastAsia="ja-JP"/>
        </w:rPr>
        <w:t>※</w:t>
      </w:r>
      <w:r w:rsidRPr="0035526A">
        <w:rPr>
          <w:rFonts w:hint="eastAsia"/>
          <w:bCs/>
          <w:color w:val="auto"/>
          <w:szCs w:val="18"/>
          <w:lang w:eastAsia="ja-JP"/>
        </w:rPr>
        <w:t xml:space="preserve"> </w:t>
      </w:r>
      <w:r w:rsidRPr="0035526A">
        <w:rPr>
          <w:bCs/>
          <w:color w:val="auto"/>
          <w:szCs w:val="18"/>
          <w:lang w:eastAsia="ja-JP"/>
        </w:rPr>
        <w:t>実績は</w:t>
      </w:r>
      <w:r w:rsidR="00A65944" w:rsidRPr="0035526A">
        <w:rPr>
          <w:bCs/>
          <w:color w:val="auto"/>
          <w:szCs w:val="18"/>
          <w:lang w:eastAsia="ja-JP"/>
        </w:rPr>
        <w:t>延べ面積2,000㎡以上かつ地上部の階数が２階以上の建築物に係る新築</w:t>
      </w:r>
      <w:r w:rsidR="00A65944" w:rsidRPr="0035526A">
        <w:rPr>
          <w:rFonts w:hint="eastAsia"/>
          <w:bCs/>
          <w:color w:val="auto"/>
          <w:szCs w:val="18"/>
          <w:lang w:eastAsia="ja-JP"/>
        </w:rPr>
        <w:t>を対象としてください</w:t>
      </w:r>
      <w:r w:rsidR="00A65944" w:rsidRPr="0035526A">
        <w:rPr>
          <w:bCs/>
          <w:color w:val="auto"/>
          <w:szCs w:val="18"/>
          <w:lang w:eastAsia="ja-JP"/>
        </w:rPr>
        <w:t>。</w:t>
      </w:r>
    </w:p>
    <w:p w14:paraId="1B6BFDF5" w14:textId="77777777" w:rsidR="007673A9" w:rsidRDefault="007673A9" w:rsidP="00BC1F97">
      <w:pPr>
        <w:spacing w:after="0" w:line="240" w:lineRule="auto"/>
        <w:rPr>
          <w:b/>
          <w:color w:val="auto"/>
          <w:sz w:val="21"/>
          <w:lang w:eastAsia="ja-JP"/>
        </w:rPr>
      </w:pPr>
    </w:p>
    <w:p w14:paraId="1DC4292A" w14:textId="77777777" w:rsidR="007673A9" w:rsidRDefault="007673A9" w:rsidP="00BC1F97">
      <w:pPr>
        <w:spacing w:after="0" w:line="240" w:lineRule="auto"/>
        <w:rPr>
          <w:b/>
          <w:color w:val="auto"/>
          <w:sz w:val="21"/>
          <w:lang w:eastAsia="ja-JP"/>
        </w:rPr>
      </w:pPr>
    </w:p>
    <w:p w14:paraId="0FEEDCB7" w14:textId="77777777" w:rsidR="007673A9" w:rsidRDefault="007673A9" w:rsidP="00BC1F97">
      <w:pPr>
        <w:spacing w:after="0" w:line="240" w:lineRule="auto"/>
        <w:rPr>
          <w:b/>
          <w:color w:val="auto"/>
          <w:sz w:val="21"/>
          <w:lang w:eastAsia="ja-JP"/>
        </w:rPr>
      </w:pPr>
    </w:p>
    <w:p w14:paraId="6DD3D679" w14:textId="77777777" w:rsidR="007673A9" w:rsidRDefault="007673A9" w:rsidP="00BC1F97">
      <w:pPr>
        <w:spacing w:after="0" w:line="240" w:lineRule="auto"/>
        <w:rPr>
          <w:b/>
          <w:color w:val="auto"/>
          <w:sz w:val="21"/>
          <w:lang w:eastAsia="ja-JP"/>
        </w:rPr>
      </w:pPr>
    </w:p>
    <w:p w14:paraId="5D078A80" w14:textId="77777777" w:rsidR="007673A9" w:rsidRDefault="007673A9" w:rsidP="00BC1F97">
      <w:pPr>
        <w:spacing w:after="0" w:line="240" w:lineRule="auto"/>
        <w:rPr>
          <w:b/>
          <w:color w:val="auto"/>
          <w:sz w:val="21"/>
          <w:lang w:eastAsia="ja-JP"/>
        </w:rPr>
      </w:pPr>
    </w:p>
    <w:p w14:paraId="4D436907" w14:textId="77777777" w:rsidR="007673A9" w:rsidRDefault="007673A9" w:rsidP="00BC1F97">
      <w:pPr>
        <w:spacing w:after="0" w:line="240" w:lineRule="auto"/>
        <w:rPr>
          <w:b/>
          <w:color w:val="auto"/>
          <w:sz w:val="21"/>
          <w:lang w:eastAsia="ja-JP"/>
        </w:rPr>
      </w:pPr>
    </w:p>
    <w:p w14:paraId="48229938" w14:textId="77777777" w:rsidR="007673A9" w:rsidRDefault="007673A9" w:rsidP="00BC1F97">
      <w:pPr>
        <w:spacing w:after="0" w:line="240" w:lineRule="auto"/>
        <w:rPr>
          <w:b/>
          <w:color w:val="auto"/>
          <w:sz w:val="21"/>
          <w:lang w:eastAsia="ja-JP"/>
        </w:rPr>
      </w:pPr>
    </w:p>
    <w:p w14:paraId="6B83A1BF" w14:textId="77777777" w:rsidR="007673A9" w:rsidRDefault="007673A9" w:rsidP="00BC1F97">
      <w:pPr>
        <w:spacing w:after="0" w:line="240" w:lineRule="auto"/>
        <w:rPr>
          <w:b/>
          <w:color w:val="auto"/>
          <w:sz w:val="21"/>
          <w:lang w:eastAsia="ja-JP"/>
        </w:rPr>
      </w:pPr>
    </w:p>
    <w:p w14:paraId="5D94244B" w14:textId="77777777" w:rsidR="007673A9" w:rsidRDefault="007673A9" w:rsidP="00BC1F97">
      <w:pPr>
        <w:spacing w:after="0" w:line="240" w:lineRule="auto"/>
        <w:rPr>
          <w:b/>
          <w:color w:val="auto"/>
          <w:sz w:val="21"/>
          <w:lang w:eastAsia="ja-JP"/>
        </w:rPr>
      </w:pPr>
    </w:p>
    <w:p w14:paraId="39866385" w14:textId="77777777" w:rsidR="007673A9" w:rsidRDefault="007673A9" w:rsidP="00BC1F97">
      <w:pPr>
        <w:spacing w:after="0" w:line="240" w:lineRule="auto"/>
        <w:rPr>
          <w:b/>
          <w:color w:val="auto"/>
          <w:sz w:val="21"/>
          <w:lang w:eastAsia="ja-JP"/>
        </w:rPr>
      </w:pPr>
    </w:p>
    <w:p w14:paraId="1071A849" w14:textId="77777777" w:rsidR="007673A9" w:rsidRDefault="007673A9" w:rsidP="00BC1F97">
      <w:pPr>
        <w:spacing w:after="0" w:line="240" w:lineRule="auto"/>
        <w:rPr>
          <w:b/>
          <w:color w:val="auto"/>
          <w:sz w:val="21"/>
          <w:lang w:eastAsia="ja-JP"/>
        </w:rPr>
      </w:pPr>
    </w:p>
    <w:p w14:paraId="22200634" w14:textId="77777777" w:rsidR="007673A9" w:rsidRDefault="007673A9" w:rsidP="00BC1F97">
      <w:pPr>
        <w:spacing w:after="0" w:line="240" w:lineRule="auto"/>
        <w:rPr>
          <w:b/>
          <w:color w:val="auto"/>
          <w:sz w:val="21"/>
          <w:lang w:eastAsia="ja-JP"/>
        </w:rPr>
      </w:pPr>
    </w:p>
    <w:p w14:paraId="68A7C33A" w14:textId="77777777" w:rsidR="007673A9" w:rsidRPr="0035526A" w:rsidRDefault="007673A9" w:rsidP="00BC1F97">
      <w:pPr>
        <w:spacing w:after="0" w:line="240" w:lineRule="auto"/>
        <w:rPr>
          <w:b/>
          <w:color w:val="auto"/>
          <w:sz w:val="21"/>
          <w:lang w:eastAsia="ja-JP"/>
        </w:rPr>
      </w:pPr>
    </w:p>
    <w:p w14:paraId="790FE6BA" w14:textId="7377A5A8" w:rsidR="00BC1F97" w:rsidRPr="0035526A" w:rsidRDefault="00BC1F97" w:rsidP="00BC1F97">
      <w:pPr>
        <w:spacing w:after="0" w:line="240" w:lineRule="auto"/>
        <w:rPr>
          <w:color w:val="auto"/>
          <w:sz w:val="21"/>
          <w:szCs w:val="21"/>
          <w:lang w:eastAsia="ja-JP"/>
        </w:rPr>
      </w:pPr>
      <w:r w:rsidRPr="0035526A">
        <w:rPr>
          <w:rFonts w:hint="eastAsia"/>
          <w:b/>
          <w:color w:val="auto"/>
          <w:sz w:val="21"/>
          <w:lang w:eastAsia="ja-JP"/>
        </w:rPr>
        <w:lastRenderedPageBreak/>
        <w:t>4</w:t>
      </w:r>
      <w:r w:rsidRPr="0035526A">
        <w:rPr>
          <w:b/>
          <w:color w:val="auto"/>
          <w:sz w:val="21"/>
          <w:lang w:eastAsia="ja-JP"/>
        </w:rPr>
        <w:t>．一括発注時の協力会社としての</w:t>
      </w:r>
      <w:r w:rsidR="00372F64">
        <w:rPr>
          <w:b/>
          <w:color w:val="auto"/>
          <w:sz w:val="21"/>
          <w:lang w:eastAsia="ja-JP"/>
        </w:rPr>
        <w:t>参画</w:t>
      </w:r>
      <w:r w:rsidRPr="0035526A">
        <w:rPr>
          <w:b/>
          <w:color w:val="auto"/>
          <w:sz w:val="21"/>
          <w:lang w:eastAsia="ja-JP"/>
        </w:rPr>
        <w:t>意向</w:t>
      </w:r>
    </w:p>
    <w:p w14:paraId="72135FFC" w14:textId="39C8A7F7" w:rsidR="00BC1F97" w:rsidRPr="0035526A" w:rsidRDefault="00BC1F97" w:rsidP="00BC1F97">
      <w:pPr>
        <w:spacing w:after="0" w:line="240" w:lineRule="auto"/>
        <w:ind w:left="113"/>
        <w:rPr>
          <w:color w:val="auto"/>
          <w:lang w:eastAsia="ja-JP"/>
        </w:rPr>
      </w:pPr>
      <w:r w:rsidRPr="0035526A">
        <w:rPr>
          <w:color w:val="auto"/>
          <w:lang w:eastAsia="ja-JP"/>
        </w:rPr>
        <w:t>建築・電気・機械を一括発注する場合に、ゼネコン等の協力会社として</w:t>
      </w:r>
      <w:r w:rsidR="00372F64">
        <w:rPr>
          <w:color w:val="auto"/>
          <w:lang w:eastAsia="ja-JP"/>
        </w:rPr>
        <w:t>参画</w:t>
      </w:r>
      <w:r w:rsidRPr="0035526A">
        <w:rPr>
          <w:color w:val="auto"/>
          <w:lang w:eastAsia="ja-JP"/>
        </w:rPr>
        <w:t>を検討できるか、最も近いものを1つ選択してください。</w:t>
      </w:r>
    </w:p>
    <w:tbl>
      <w:tblPr>
        <w:tblpPr w:leftFromText="142" w:rightFromText="142" w:vertAnchor="text" w:horzAnchor="margin" w:tblpY="95"/>
        <w:tblW w:w="10318" w:type="dxa"/>
        <w:tblLayout w:type="fixed"/>
        <w:tblLook w:val="04A0" w:firstRow="1" w:lastRow="0" w:firstColumn="1" w:lastColumn="0" w:noHBand="0" w:noVBand="1"/>
      </w:tblPr>
      <w:tblGrid>
        <w:gridCol w:w="10318"/>
      </w:tblGrid>
      <w:tr w:rsidR="007673A9" w:rsidRPr="0035526A" w14:paraId="4B34429C" w14:textId="77777777" w:rsidTr="007673A9">
        <w:trPr>
          <w:cantSplit/>
          <w:trHeight w:val="1659"/>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2D7BE151" w14:textId="7A26E5C6" w:rsidR="007673A9" w:rsidRPr="0035526A" w:rsidRDefault="007673A9" w:rsidP="007673A9">
            <w:pPr>
              <w:spacing w:after="0" w:line="240" w:lineRule="auto"/>
              <w:rPr>
                <w:color w:val="auto"/>
                <w:lang w:eastAsia="ja-JP"/>
              </w:rPr>
            </w:pPr>
            <w:r w:rsidRPr="0035526A">
              <w:rPr>
                <w:color w:val="auto"/>
                <w:lang w:eastAsia="ja-JP"/>
              </w:rPr>
              <w:t>☐　ぜひ</w:t>
            </w:r>
            <w:r w:rsidR="00372F64">
              <w:rPr>
                <w:color w:val="auto"/>
                <w:lang w:eastAsia="ja-JP"/>
              </w:rPr>
              <w:t>参画</w:t>
            </w:r>
            <w:r w:rsidRPr="0035526A">
              <w:rPr>
                <w:color w:val="auto"/>
                <w:lang w:eastAsia="ja-JP"/>
              </w:rPr>
              <w:t>を検討したい</w:t>
            </w:r>
          </w:p>
          <w:p w14:paraId="047F9ACD" w14:textId="4853A2EE" w:rsidR="007673A9" w:rsidRPr="0035526A" w:rsidRDefault="007673A9" w:rsidP="007673A9">
            <w:pPr>
              <w:spacing w:after="0" w:line="240" w:lineRule="auto"/>
              <w:rPr>
                <w:color w:val="auto"/>
                <w:lang w:eastAsia="ja-JP"/>
              </w:rPr>
            </w:pPr>
            <w:r w:rsidRPr="0035526A">
              <w:rPr>
                <w:color w:val="auto"/>
                <w:lang w:eastAsia="ja-JP"/>
              </w:rPr>
              <w:t>☐　条件次第で</w:t>
            </w:r>
            <w:r w:rsidR="00372F64">
              <w:rPr>
                <w:color w:val="auto"/>
                <w:lang w:eastAsia="ja-JP"/>
              </w:rPr>
              <w:t>参画</w:t>
            </w:r>
            <w:r w:rsidRPr="0035526A">
              <w:rPr>
                <w:color w:val="auto"/>
                <w:lang w:eastAsia="ja-JP"/>
              </w:rPr>
              <w:t>を検討したい</w:t>
            </w:r>
          </w:p>
          <w:p w14:paraId="2E624AB1" w14:textId="77777777" w:rsidR="007673A9" w:rsidRPr="0035526A" w:rsidRDefault="007673A9" w:rsidP="007673A9">
            <w:pPr>
              <w:spacing w:after="0" w:line="240" w:lineRule="auto"/>
              <w:rPr>
                <w:color w:val="auto"/>
                <w:lang w:eastAsia="ja-JP"/>
              </w:rPr>
            </w:pPr>
            <w:r w:rsidRPr="0035526A">
              <w:rPr>
                <w:color w:val="auto"/>
                <w:lang w:eastAsia="ja-JP"/>
              </w:rPr>
              <w:t>☐　現時点では判断できない</w:t>
            </w:r>
          </w:p>
          <w:p w14:paraId="0BD84630" w14:textId="16BC9454" w:rsidR="007673A9" w:rsidRPr="0035526A" w:rsidRDefault="007673A9" w:rsidP="007673A9">
            <w:pPr>
              <w:spacing w:before="40"/>
              <w:rPr>
                <w:color w:val="auto"/>
                <w:lang w:eastAsia="ja-JP"/>
              </w:rPr>
            </w:pPr>
            <w:r w:rsidRPr="0035526A">
              <w:rPr>
                <w:color w:val="auto"/>
                <w:lang w:eastAsia="ja-JP"/>
              </w:rPr>
              <w:t xml:space="preserve">☐　</w:t>
            </w:r>
            <w:r w:rsidR="00372F64">
              <w:rPr>
                <w:color w:val="auto"/>
                <w:lang w:eastAsia="ja-JP"/>
              </w:rPr>
              <w:t>参画</w:t>
            </w:r>
            <w:r w:rsidRPr="0035526A">
              <w:rPr>
                <w:color w:val="auto"/>
                <w:lang w:eastAsia="ja-JP"/>
              </w:rPr>
              <w:t>は難しい</w:t>
            </w:r>
          </w:p>
          <w:p w14:paraId="030969C5" w14:textId="77777777" w:rsidR="007673A9" w:rsidRPr="0035526A" w:rsidRDefault="007673A9" w:rsidP="007673A9">
            <w:pPr>
              <w:spacing w:before="40"/>
              <w:rPr>
                <w:color w:val="auto"/>
                <w:lang w:eastAsia="ja-JP"/>
              </w:rPr>
            </w:pPr>
            <w:r w:rsidRPr="0035526A">
              <w:rPr>
                <w:color w:val="auto"/>
                <w:lang w:eastAsia="ja-JP"/>
              </w:rPr>
              <w:t>≪選択した理由・条件・補足事項をご記入ください≫</w:t>
            </w:r>
          </w:p>
          <w:p w14:paraId="1B2B653D" w14:textId="77777777" w:rsidR="007673A9" w:rsidRPr="0035526A" w:rsidRDefault="007673A9" w:rsidP="007673A9">
            <w:pPr>
              <w:spacing w:before="40"/>
              <w:rPr>
                <w:color w:val="auto"/>
                <w:lang w:eastAsia="ja-JP"/>
              </w:rPr>
            </w:pPr>
          </w:p>
          <w:p w14:paraId="6AD79141" w14:textId="77777777" w:rsidR="007673A9" w:rsidRPr="0035526A" w:rsidRDefault="007673A9" w:rsidP="007673A9">
            <w:pPr>
              <w:spacing w:before="40"/>
              <w:rPr>
                <w:color w:val="auto"/>
                <w:lang w:eastAsia="ja-JP"/>
              </w:rPr>
            </w:pPr>
          </w:p>
          <w:p w14:paraId="6AEC4F04" w14:textId="77777777" w:rsidR="007673A9" w:rsidRPr="0035526A" w:rsidRDefault="007673A9" w:rsidP="007673A9">
            <w:pPr>
              <w:spacing w:before="40"/>
              <w:rPr>
                <w:color w:val="auto"/>
                <w:lang w:eastAsia="ja-JP"/>
              </w:rPr>
            </w:pPr>
          </w:p>
          <w:p w14:paraId="06A03595" w14:textId="77777777" w:rsidR="007673A9" w:rsidRPr="0035526A" w:rsidRDefault="007673A9" w:rsidP="007673A9">
            <w:pPr>
              <w:spacing w:before="40"/>
              <w:rPr>
                <w:color w:val="auto"/>
                <w:lang w:eastAsia="ja-JP"/>
              </w:rPr>
            </w:pPr>
          </w:p>
        </w:tc>
      </w:tr>
    </w:tbl>
    <w:p w14:paraId="3424C91E" w14:textId="77777777" w:rsidR="007673A9" w:rsidRDefault="007673A9" w:rsidP="007673A9">
      <w:pPr>
        <w:spacing w:before="100" w:after="20"/>
        <w:rPr>
          <w:rFonts w:eastAsiaTheme="minorEastAsia"/>
          <w:b/>
          <w:color w:val="auto"/>
          <w:sz w:val="22"/>
          <w:lang w:eastAsia="ja-JP"/>
        </w:rPr>
      </w:pPr>
    </w:p>
    <w:p w14:paraId="6DC970FD" w14:textId="59E7FEBF" w:rsidR="0013566E" w:rsidRPr="0035526A" w:rsidRDefault="00BC1F97" w:rsidP="007673A9">
      <w:pPr>
        <w:spacing w:before="100" w:after="20"/>
        <w:rPr>
          <w:color w:val="auto"/>
          <w:sz w:val="21"/>
          <w:szCs w:val="21"/>
          <w:lang w:eastAsia="ja-JP"/>
        </w:rPr>
      </w:pPr>
      <w:r w:rsidRPr="0035526A">
        <w:rPr>
          <w:rFonts w:hint="eastAsia"/>
          <w:b/>
          <w:color w:val="auto"/>
          <w:sz w:val="21"/>
          <w:lang w:eastAsia="ja-JP"/>
        </w:rPr>
        <w:t>5</w:t>
      </w:r>
      <w:r w:rsidR="00645A26" w:rsidRPr="0035526A">
        <w:rPr>
          <w:b/>
          <w:color w:val="auto"/>
          <w:sz w:val="21"/>
          <w:lang w:eastAsia="ja-JP"/>
        </w:rPr>
        <w:t>．参画を検討できる立場（複数選択可）</w:t>
      </w:r>
    </w:p>
    <w:p w14:paraId="64009025" w14:textId="77777777" w:rsidR="0013566E" w:rsidRPr="0035526A" w:rsidRDefault="00645A26">
      <w:pPr>
        <w:spacing w:after="0" w:line="240" w:lineRule="auto"/>
        <w:ind w:left="113"/>
        <w:rPr>
          <w:color w:val="auto"/>
          <w:lang w:eastAsia="ja-JP"/>
        </w:rPr>
      </w:pPr>
      <w:r w:rsidRPr="0035526A">
        <w:rPr>
          <w:color w:val="auto"/>
          <w:lang w:eastAsia="ja-JP"/>
        </w:rPr>
        <w:t>本事業で参画を検討できる立場をすべて選択してください。協力会社と元請の両方を検討できる場合は、両方を選択してください。</w:t>
      </w:r>
    </w:p>
    <w:tbl>
      <w:tblPr>
        <w:tblW w:w="10318" w:type="dxa"/>
        <w:jc w:val="center"/>
        <w:tblLayout w:type="fixed"/>
        <w:tblLook w:val="04A0" w:firstRow="1" w:lastRow="0" w:firstColumn="1" w:lastColumn="0" w:noHBand="0" w:noVBand="1"/>
      </w:tblPr>
      <w:tblGrid>
        <w:gridCol w:w="10318"/>
      </w:tblGrid>
      <w:tr w:rsidR="0013566E" w:rsidRPr="0035526A" w14:paraId="68106E78"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04A6CD90" w14:textId="77777777" w:rsidR="0013566E" w:rsidRPr="0035526A" w:rsidRDefault="00645A26">
            <w:pPr>
              <w:spacing w:after="0"/>
              <w:rPr>
                <w:color w:val="auto"/>
                <w:lang w:eastAsia="ja-JP"/>
              </w:rPr>
            </w:pPr>
            <w:r w:rsidRPr="0035526A">
              <w:rPr>
                <w:color w:val="auto"/>
                <w:lang w:eastAsia="ja-JP"/>
              </w:rPr>
              <w:t>☐　DB事業者・ゼネコンの協力会社</w:t>
            </w:r>
          </w:p>
          <w:p w14:paraId="12F8F039" w14:textId="704A59F7" w:rsidR="007176E1" w:rsidRPr="0035526A" w:rsidRDefault="007176E1">
            <w:pPr>
              <w:spacing w:after="0"/>
              <w:rPr>
                <w:color w:val="auto"/>
                <w:lang w:eastAsia="ja-JP"/>
              </w:rPr>
            </w:pPr>
            <w:r w:rsidRPr="0035526A">
              <w:rPr>
                <w:color w:val="auto"/>
                <w:lang w:eastAsia="ja-JP"/>
              </w:rPr>
              <w:t>☐　D</w:t>
            </w:r>
            <w:r w:rsidR="0035526A">
              <w:rPr>
                <w:rFonts w:hint="eastAsia"/>
                <w:color w:val="auto"/>
                <w:lang w:eastAsia="ja-JP"/>
              </w:rPr>
              <w:t>+</w:t>
            </w:r>
            <w:r w:rsidRPr="0035526A">
              <w:rPr>
                <w:color w:val="auto"/>
                <w:lang w:eastAsia="ja-JP"/>
              </w:rPr>
              <w:t>B</w:t>
            </w:r>
            <w:r w:rsidR="005074A7" w:rsidRPr="0035526A">
              <w:rPr>
                <w:color w:val="auto"/>
                <w:lang w:eastAsia="ja-JP"/>
              </w:rPr>
              <w:t>（設計交渉・施工）</w:t>
            </w:r>
            <w:r w:rsidRPr="0035526A">
              <w:rPr>
                <w:color w:val="auto"/>
                <w:lang w:eastAsia="ja-JP"/>
              </w:rPr>
              <w:t>事業者・ゼネコンの協力会社</w:t>
            </w:r>
          </w:p>
          <w:p w14:paraId="0E28B2EE" w14:textId="77777777" w:rsidR="0013566E" w:rsidRPr="0035526A" w:rsidRDefault="00645A26">
            <w:pPr>
              <w:spacing w:after="0"/>
              <w:rPr>
                <w:color w:val="auto"/>
                <w:lang w:eastAsia="ja-JP"/>
              </w:rPr>
            </w:pPr>
            <w:r w:rsidRPr="0035526A">
              <w:rPr>
                <w:color w:val="auto"/>
                <w:lang w:eastAsia="ja-JP"/>
              </w:rPr>
              <w:t>☐　電気設備工事の元請</w:t>
            </w:r>
          </w:p>
          <w:p w14:paraId="4A650EFB" w14:textId="77777777" w:rsidR="0013566E" w:rsidRPr="0035526A" w:rsidRDefault="00645A26">
            <w:pPr>
              <w:spacing w:after="0"/>
              <w:rPr>
                <w:color w:val="auto"/>
                <w:lang w:eastAsia="ja-JP"/>
              </w:rPr>
            </w:pPr>
            <w:r w:rsidRPr="0035526A">
              <w:rPr>
                <w:color w:val="auto"/>
                <w:lang w:eastAsia="ja-JP"/>
              </w:rPr>
              <w:t>☐　機械設備工事の元請</w:t>
            </w:r>
          </w:p>
          <w:p w14:paraId="21FC87B4" w14:textId="77777777" w:rsidR="0013566E" w:rsidRPr="0035526A" w:rsidRDefault="00645A26">
            <w:pPr>
              <w:spacing w:after="0"/>
              <w:rPr>
                <w:color w:val="auto"/>
                <w:lang w:eastAsia="ja-JP"/>
              </w:rPr>
            </w:pPr>
            <w:r w:rsidRPr="0035526A">
              <w:rPr>
                <w:color w:val="auto"/>
                <w:lang w:eastAsia="ja-JP"/>
              </w:rPr>
              <w:t>☐　建築・設備一括発注の構成員</w:t>
            </w:r>
          </w:p>
          <w:p w14:paraId="6FEEDA08" w14:textId="7CF46DC2" w:rsidR="0013566E" w:rsidRPr="0035526A" w:rsidRDefault="00645A26">
            <w:pPr>
              <w:spacing w:after="0"/>
              <w:rPr>
                <w:color w:val="auto"/>
                <w:lang w:eastAsia="ja-JP"/>
              </w:rPr>
            </w:pPr>
            <w:r w:rsidRPr="0035526A">
              <w:rPr>
                <w:color w:val="auto"/>
                <w:lang w:eastAsia="ja-JP"/>
              </w:rPr>
              <w:t>☐　ECI方式</w:t>
            </w:r>
            <w:r w:rsidR="00177DBC" w:rsidRPr="0035526A">
              <w:rPr>
                <w:rFonts w:hint="eastAsia"/>
                <w:color w:val="auto"/>
                <w:lang w:eastAsia="ja-JP"/>
              </w:rPr>
              <w:t>（技術協力・施工）</w:t>
            </w:r>
            <w:r w:rsidRPr="0035526A">
              <w:rPr>
                <w:color w:val="auto"/>
                <w:lang w:eastAsia="ja-JP"/>
              </w:rPr>
              <w:t>の技術協力者</w:t>
            </w:r>
          </w:p>
          <w:p w14:paraId="392F5659" w14:textId="6C0F0246" w:rsidR="0013566E" w:rsidRPr="0035526A" w:rsidRDefault="00645A26">
            <w:pPr>
              <w:spacing w:after="0"/>
              <w:rPr>
                <w:color w:val="auto"/>
                <w:lang w:eastAsia="ja-JP"/>
              </w:rPr>
            </w:pPr>
            <w:r w:rsidRPr="0035526A">
              <w:rPr>
                <w:color w:val="auto"/>
                <w:lang w:eastAsia="ja-JP"/>
              </w:rPr>
              <w:t>☐　その他</w:t>
            </w:r>
            <w:r w:rsidR="000746A4" w:rsidRPr="0035526A">
              <w:rPr>
                <w:rFonts w:hint="eastAsia"/>
                <w:color w:val="auto"/>
                <w:lang w:eastAsia="ja-JP"/>
              </w:rPr>
              <w:t xml:space="preserve">（　　　　　　　　　　　　　　　　　　</w:t>
            </w:r>
            <w:r w:rsidR="00195C40" w:rsidRPr="0035526A">
              <w:rPr>
                <w:rFonts w:hint="eastAsia"/>
                <w:color w:val="auto"/>
                <w:lang w:eastAsia="ja-JP"/>
              </w:rPr>
              <w:t xml:space="preserve">                                                         </w:t>
            </w:r>
            <w:r w:rsidR="000746A4" w:rsidRPr="0035526A">
              <w:rPr>
                <w:rFonts w:hint="eastAsia"/>
                <w:color w:val="auto"/>
                <w:lang w:eastAsia="ja-JP"/>
              </w:rPr>
              <w:t xml:space="preserve">　　）</w:t>
            </w:r>
          </w:p>
        </w:tc>
      </w:tr>
    </w:tbl>
    <w:p w14:paraId="02647468" w14:textId="295D1319" w:rsidR="00F975A4" w:rsidRPr="0035526A" w:rsidRDefault="00F975A4" w:rsidP="00F975A4">
      <w:pPr>
        <w:spacing w:after="0" w:line="240" w:lineRule="auto"/>
        <w:rPr>
          <w:rFonts w:eastAsiaTheme="minorEastAsia"/>
          <w:bCs/>
          <w:color w:val="auto"/>
          <w:szCs w:val="18"/>
          <w:lang w:eastAsia="ja-JP"/>
        </w:rPr>
      </w:pPr>
      <w:r w:rsidRPr="0035526A">
        <w:rPr>
          <w:rFonts w:eastAsiaTheme="minorEastAsia" w:hint="eastAsia"/>
          <w:bCs/>
          <w:color w:val="auto"/>
          <w:szCs w:val="18"/>
          <w:lang w:eastAsia="ja-JP"/>
        </w:rPr>
        <w:t>※DB方式</w:t>
      </w:r>
      <w:r w:rsidR="007176E1" w:rsidRPr="0035526A">
        <w:rPr>
          <w:rFonts w:eastAsiaTheme="minorEastAsia"/>
          <w:bCs/>
          <w:color w:val="auto"/>
          <w:szCs w:val="18"/>
          <w:lang w:eastAsia="ja-JP"/>
        </w:rPr>
        <w:t>、D+B方式</w:t>
      </w:r>
      <w:r w:rsidRPr="0035526A">
        <w:rPr>
          <w:rFonts w:hint="eastAsia"/>
          <w:color w:val="auto"/>
          <w:lang w:eastAsia="ja-JP"/>
        </w:rPr>
        <w:t>、</w:t>
      </w:r>
      <w:r w:rsidRPr="0035526A">
        <w:rPr>
          <w:rFonts w:eastAsiaTheme="minorEastAsia" w:hint="eastAsia"/>
          <w:bCs/>
          <w:color w:val="auto"/>
          <w:szCs w:val="18"/>
          <w:lang w:eastAsia="ja-JP"/>
        </w:rPr>
        <w:t>ECI方式の定義については</w:t>
      </w:r>
      <w:r w:rsidRPr="0035526A">
        <w:rPr>
          <w:color w:val="auto"/>
          <w:lang w:eastAsia="ja-JP"/>
        </w:rPr>
        <w:t>別添の</w:t>
      </w:r>
      <w:r w:rsidRPr="0035526A">
        <w:rPr>
          <w:rFonts w:hint="eastAsia"/>
          <w:color w:val="auto"/>
          <w:lang w:eastAsia="ja-JP"/>
        </w:rPr>
        <w:t>発注方式説明資料をご確認ください。</w:t>
      </w:r>
    </w:p>
    <w:p w14:paraId="2608632A" w14:textId="77777777" w:rsidR="00296383" w:rsidRPr="0035526A" w:rsidRDefault="00296383" w:rsidP="00BC1F97">
      <w:pPr>
        <w:rPr>
          <w:rFonts w:eastAsiaTheme="minorEastAsia"/>
          <w:color w:val="auto"/>
          <w:lang w:eastAsia="ja-JP"/>
        </w:rPr>
      </w:pPr>
    </w:p>
    <w:p w14:paraId="57D46059" w14:textId="331C7FFD" w:rsidR="0013566E" w:rsidRPr="0035526A" w:rsidRDefault="00645A26" w:rsidP="00BC1F97">
      <w:pPr>
        <w:rPr>
          <w:rFonts w:eastAsiaTheme="minorEastAsia"/>
          <w:color w:val="auto"/>
          <w:lang w:eastAsia="ja-JP"/>
        </w:rPr>
      </w:pPr>
      <w:r w:rsidRPr="0035526A">
        <w:rPr>
          <w:b/>
          <w:color w:val="auto"/>
          <w:sz w:val="21"/>
          <w:lang w:eastAsia="ja-JP"/>
        </w:rPr>
        <w:t>6．工種別分離発注時の元請としての</w:t>
      </w:r>
      <w:r w:rsidR="00372F64">
        <w:rPr>
          <w:b/>
          <w:color w:val="auto"/>
          <w:sz w:val="21"/>
          <w:lang w:eastAsia="ja-JP"/>
        </w:rPr>
        <w:t>参画</w:t>
      </w:r>
      <w:r w:rsidRPr="0035526A">
        <w:rPr>
          <w:b/>
          <w:color w:val="auto"/>
          <w:sz w:val="21"/>
          <w:lang w:eastAsia="ja-JP"/>
        </w:rPr>
        <w:t>意向</w:t>
      </w:r>
    </w:p>
    <w:p w14:paraId="098114BF" w14:textId="72B4B9A7" w:rsidR="0013566E" w:rsidRPr="0035526A" w:rsidRDefault="00645A26">
      <w:pPr>
        <w:spacing w:after="0" w:line="240" w:lineRule="auto"/>
        <w:ind w:left="113"/>
        <w:rPr>
          <w:color w:val="auto"/>
          <w:lang w:eastAsia="ja-JP"/>
        </w:rPr>
      </w:pPr>
      <w:r w:rsidRPr="0035526A">
        <w:rPr>
          <w:color w:val="auto"/>
          <w:lang w:eastAsia="ja-JP"/>
        </w:rPr>
        <w:t>電気設備・機械設備等を工種別に分離発注する場合に、元請として</w:t>
      </w:r>
      <w:r w:rsidR="00372F64">
        <w:rPr>
          <w:color w:val="auto"/>
          <w:lang w:eastAsia="ja-JP"/>
        </w:rPr>
        <w:t>参画</w:t>
      </w:r>
      <w:r w:rsidRPr="0035526A">
        <w:rPr>
          <w:color w:val="auto"/>
          <w:lang w:eastAsia="ja-JP"/>
        </w:rPr>
        <w:t>を検討できるか、最も近いものを1つ選択してください。</w:t>
      </w:r>
    </w:p>
    <w:tbl>
      <w:tblPr>
        <w:tblW w:w="10318" w:type="dxa"/>
        <w:jc w:val="center"/>
        <w:tblLayout w:type="fixed"/>
        <w:tblLook w:val="04A0" w:firstRow="1" w:lastRow="0" w:firstColumn="1" w:lastColumn="0" w:noHBand="0" w:noVBand="1"/>
      </w:tblPr>
      <w:tblGrid>
        <w:gridCol w:w="10318"/>
      </w:tblGrid>
      <w:tr w:rsidR="0013566E" w:rsidRPr="0035526A" w14:paraId="415F25F7"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1394CE94" w14:textId="1BD63FCE" w:rsidR="00BC1F97" w:rsidRPr="0035526A" w:rsidRDefault="00BC1F97" w:rsidP="00BC1F97">
            <w:pPr>
              <w:spacing w:after="0" w:line="240" w:lineRule="auto"/>
              <w:rPr>
                <w:color w:val="auto"/>
                <w:lang w:eastAsia="ja-JP"/>
              </w:rPr>
            </w:pPr>
            <w:r w:rsidRPr="0035526A">
              <w:rPr>
                <w:color w:val="auto"/>
                <w:lang w:eastAsia="ja-JP"/>
              </w:rPr>
              <w:t>☐　ぜひ</w:t>
            </w:r>
            <w:r w:rsidR="00372F64">
              <w:rPr>
                <w:color w:val="auto"/>
                <w:lang w:eastAsia="ja-JP"/>
              </w:rPr>
              <w:t>参画</w:t>
            </w:r>
            <w:r w:rsidRPr="0035526A">
              <w:rPr>
                <w:color w:val="auto"/>
                <w:lang w:eastAsia="ja-JP"/>
              </w:rPr>
              <w:t>を検討したい</w:t>
            </w:r>
          </w:p>
          <w:p w14:paraId="4EC5C387" w14:textId="7BEE5D3D" w:rsidR="00BC1F97" w:rsidRPr="0035526A" w:rsidRDefault="00BC1F97" w:rsidP="00BC1F97">
            <w:pPr>
              <w:spacing w:after="0" w:line="240" w:lineRule="auto"/>
              <w:rPr>
                <w:color w:val="auto"/>
                <w:lang w:eastAsia="ja-JP"/>
              </w:rPr>
            </w:pPr>
            <w:r w:rsidRPr="0035526A">
              <w:rPr>
                <w:color w:val="auto"/>
                <w:lang w:eastAsia="ja-JP"/>
              </w:rPr>
              <w:t>☐　条件次第で</w:t>
            </w:r>
            <w:r w:rsidR="00372F64">
              <w:rPr>
                <w:color w:val="auto"/>
                <w:lang w:eastAsia="ja-JP"/>
              </w:rPr>
              <w:t>参画</w:t>
            </w:r>
            <w:r w:rsidRPr="0035526A">
              <w:rPr>
                <w:color w:val="auto"/>
                <w:lang w:eastAsia="ja-JP"/>
              </w:rPr>
              <w:t>を検討したい</w:t>
            </w:r>
          </w:p>
          <w:p w14:paraId="13EB01FD" w14:textId="77777777" w:rsidR="00BC1F97" w:rsidRPr="0035526A" w:rsidRDefault="00BC1F97" w:rsidP="00BC1F97">
            <w:pPr>
              <w:spacing w:after="0" w:line="240" w:lineRule="auto"/>
              <w:rPr>
                <w:color w:val="auto"/>
                <w:lang w:eastAsia="ja-JP"/>
              </w:rPr>
            </w:pPr>
            <w:r w:rsidRPr="0035526A">
              <w:rPr>
                <w:color w:val="auto"/>
                <w:lang w:eastAsia="ja-JP"/>
              </w:rPr>
              <w:t>☐　現時点では判断できない</w:t>
            </w:r>
          </w:p>
          <w:p w14:paraId="39B8089F" w14:textId="6528D328" w:rsidR="00BC1F97" w:rsidRPr="0035526A" w:rsidRDefault="00BC1F97" w:rsidP="00BC1F97">
            <w:pPr>
              <w:spacing w:before="40"/>
              <w:rPr>
                <w:color w:val="auto"/>
                <w:lang w:eastAsia="ja-JP"/>
              </w:rPr>
            </w:pPr>
            <w:r w:rsidRPr="0035526A">
              <w:rPr>
                <w:color w:val="auto"/>
                <w:lang w:eastAsia="ja-JP"/>
              </w:rPr>
              <w:t xml:space="preserve">☐　</w:t>
            </w:r>
            <w:r w:rsidR="00372F64">
              <w:rPr>
                <w:color w:val="auto"/>
                <w:lang w:eastAsia="ja-JP"/>
              </w:rPr>
              <w:t>参画</w:t>
            </w:r>
            <w:r w:rsidRPr="0035526A">
              <w:rPr>
                <w:color w:val="auto"/>
                <w:lang w:eastAsia="ja-JP"/>
              </w:rPr>
              <w:t>は難しい</w:t>
            </w:r>
          </w:p>
          <w:p w14:paraId="749567A2" w14:textId="77777777" w:rsidR="0013566E" w:rsidRPr="0035526A" w:rsidRDefault="00645A26">
            <w:pPr>
              <w:spacing w:before="40"/>
              <w:rPr>
                <w:color w:val="auto"/>
                <w:lang w:eastAsia="ja-JP"/>
              </w:rPr>
            </w:pPr>
            <w:r w:rsidRPr="0035526A">
              <w:rPr>
                <w:color w:val="auto"/>
                <w:lang w:eastAsia="ja-JP"/>
              </w:rPr>
              <w:t>≪選択した理由・条件・補足事項をご記入ください≫</w:t>
            </w:r>
          </w:p>
          <w:p w14:paraId="126A21BC" w14:textId="77777777" w:rsidR="000746A4" w:rsidRPr="0035526A" w:rsidRDefault="000746A4">
            <w:pPr>
              <w:spacing w:before="40"/>
              <w:rPr>
                <w:color w:val="auto"/>
                <w:lang w:eastAsia="ja-JP"/>
              </w:rPr>
            </w:pPr>
          </w:p>
          <w:p w14:paraId="79C59E7A" w14:textId="77777777" w:rsidR="000E65F4" w:rsidRPr="0035526A" w:rsidRDefault="000E65F4">
            <w:pPr>
              <w:spacing w:before="40"/>
              <w:rPr>
                <w:color w:val="auto"/>
                <w:lang w:eastAsia="ja-JP"/>
              </w:rPr>
            </w:pPr>
          </w:p>
          <w:p w14:paraId="27F30EF5" w14:textId="77777777" w:rsidR="000E65F4" w:rsidRPr="0035526A" w:rsidRDefault="000E65F4">
            <w:pPr>
              <w:spacing w:before="40"/>
              <w:rPr>
                <w:color w:val="auto"/>
                <w:lang w:eastAsia="ja-JP"/>
              </w:rPr>
            </w:pPr>
          </w:p>
          <w:p w14:paraId="5BFE2F08" w14:textId="77777777" w:rsidR="000E65F4" w:rsidRPr="0035526A" w:rsidRDefault="000E65F4">
            <w:pPr>
              <w:spacing w:before="40"/>
              <w:rPr>
                <w:color w:val="auto"/>
                <w:lang w:eastAsia="ja-JP"/>
              </w:rPr>
            </w:pPr>
          </w:p>
        </w:tc>
      </w:tr>
    </w:tbl>
    <w:p w14:paraId="7A404952" w14:textId="77777777" w:rsidR="00F7694B" w:rsidRPr="0035526A" w:rsidRDefault="00F7694B">
      <w:pPr>
        <w:spacing w:before="100" w:after="20"/>
        <w:rPr>
          <w:rFonts w:eastAsiaTheme="minorEastAsia"/>
          <w:b/>
          <w:color w:val="auto"/>
          <w:sz w:val="22"/>
          <w:lang w:eastAsia="ja-JP"/>
        </w:rPr>
      </w:pPr>
    </w:p>
    <w:p w14:paraId="0F49D1C4" w14:textId="77777777" w:rsidR="0013566E" w:rsidRPr="0035526A" w:rsidRDefault="00645A26">
      <w:pPr>
        <w:spacing w:after="0" w:line="240" w:lineRule="auto"/>
        <w:rPr>
          <w:color w:val="auto"/>
          <w:sz w:val="21"/>
          <w:szCs w:val="21"/>
          <w:lang w:eastAsia="ja-JP"/>
        </w:rPr>
      </w:pPr>
      <w:r w:rsidRPr="0035526A">
        <w:rPr>
          <w:b/>
          <w:color w:val="auto"/>
          <w:sz w:val="21"/>
          <w:lang w:eastAsia="ja-JP"/>
        </w:rPr>
        <w:t>7．提示した発注・施工工程の評価</w:t>
      </w:r>
    </w:p>
    <w:p w14:paraId="1E01132A" w14:textId="2183894F" w:rsidR="0013566E" w:rsidRPr="0035526A" w:rsidRDefault="00645A26">
      <w:pPr>
        <w:spacing w:after="0" w:line="240" w:lineRule="auto"/>
        <w:ind w:left="113"/>
        <w:rPr>
          <w:color w:val="auto"/>
          <w:lang w:eastAsia="ja-JP"/>
        </w:rPr>
      </w:pPr>
      <w:r w:rsidRPr="0035526A">
        <w:rPr>
          <w:color w:val="auto"/>
          <w:lang w:eastAsia="ja-JP"/>
        </w:rPr>
        <w:t>別添の</w:t>
      </w:r>
      <w:r w:rsidR="003B4AB3" w:rsidRPr="0035526A">
        <w:rPr>
          <w:color w:val="auto"/>
          <w:lang w:eastAsia="ja-JP"/>
        </w:rPr>
        <w:t>計画概要補足説明書</w:t>
      </w:r>
      <w:r w:rsidRPr="0035526A">
        <w:rPr>
          <w:color w:val="auto"/>
          <w:lang w:eastAsia="ja-JP"/>
        </w:rPr>
        <w:t>をご確認いただき、資機材調達、施工班確保、試運転・引渡し等の観点から最も近い評価を1つ選択してください。</w:t>
      </w:r>
    </w:p>
    <w:tbl>
      <w:tblPr>
        <w:tblW w:w="10318" w:type="dxa"/>
        <w:jc w:val="center"/>
        <w:tblLayout w:type="fixed"/>
        <w:tblLook w:val="04A0" w:firstRow="1" w:lastRow="0" w:firstColumn="1" w:lastColumn="0" w:noHBand="0" w:noVBand="1"/>
      </w:tblPr>
      <w:tblGrid>
        <w:gridCol w:w="10318"/>
      </w:tblGrid>
      <w:tr w:rsidR="0013566E" w:rsidRPr="0035526A" w14:paraId="68256844"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2A48E642" w14:textId="77777777" w:rsidR="0013566E" w:rsidRPr="0035526A" w:rsidRDefault="00645A26">
            <w:pPr>
              <w:spacing w:after="0"/>
              <w:rPr>
                <w:color w:val="auto"/>
                <w:lang w:eastAsia="ja-JP"/>
              </w:rPr>
            </w:pPr>
            <w:r w:rsidRPr="0035526A">
              <w:rPr>
                <w:color w:val="auto"/>
                <w:lang w:eastAsia="ja-JP"/>
              </w:rPr>
              <w:t>☐　実現可能</w:t>
            </w:r>
          </w:p>
          <w:p w14:paraId="49B64E10" w14:textId="77777777" w:rsidR="0013566E" w:rsidRPr="0035526A" w:rsidRDefault="00645A26">
            <w:pPr>
              <w:spacing w:after="0"/>
              <w:rPr>
                <w:color w:val="auto"/>
                <w:lang w:eastAsia="ja-JP"/>
              </w:rPr>
            </w:pPr>
            <w:r w:rsidRPr="0035526A">
              <w:rPr>
                <w:color w:val="auto"/>
                <w:lang w:eastAsia="ja-JP"/>
              </w:rPr>
              <w:t>☐　条件次第で実現可能</w:t>
            </w:r>
          </w:p>
          <w:p w14:paraId="71DD9EB7" w14:textId="77777777" w:rsidR="0013566E" w:rsidRPr="0035526A" w:rsidRDefault="00645A26">
            <w:pPr>
              <w:spacing w:after="0"/>
              <w:rPr>
                <w:color w:val="auto"/>
                <w:lang w:eastAsia="ja-JP"/>
              </w:rPr>
            </w:pPr>
            <w:r w:rsidRPr="0035526A">
              <w:rPr>
                <w:color w:val="auto"/>
                <w:lang w:eastAsia="ja-JP"/>
              </w:rPr>
              <w:t>☐　見直しが必要</w:t>
            </w:r>
          </w:p>
          <w:p w14:paraId="5E1EC9B1" w14:textId="77777777" w:rsidR="0013566E" w:rsidRPr="0035526A" w:rsidRDefault="00645A26">
            <w:pPr>
              <w:spacing w:after="0"/>
              <w:rPr>
                <w:color w:val="auto"/>
                <w:lang w:eastAsia="ja-JP"/>
              </w:rPr>
            </w:pPr>
            <w:r w:rsidRPr="0035526A">
              <w:rPr>
                <w:color w:val="auto"/>
                <w:lang w:eastAsia="ja-JP"/>
              </w:rPr>
              <w:t>☐　判断に必要な情報が不足</w:t>
            </w:r>
          </w:p>
          <w:p w14:paraId="2DE18741" w14:textId="77777777" w:rsidR="0013566E" w:rsidRPr="0035526A" w:rsidRDefault="00645A26">
            <w:pPr>
              <w:spacing w:before="40"/>
              <w:rPr>
                <w:color w:val="auto"/>
                <w:lang w:eastAsia="ja-JP"/>
              </w:rPr>
            </w:pPr>
            <w:r w:rsidRPr="0035526A">
              <w:rPr>
                <w:color w:val="auto"/>
                <w:lang w:eastAsia="ja-JP"/>
              </w:rPr>
              <w:t>≪選択した理由・条件・補足事項をご記入ください≫</w:t>
            </w:r>
          </w:p>
          <w:p w14:paraId="7C8D2CFA" w14:textId="77777777" w:rsidR="000746A4" w:rsidRPr="0035526A" w:rsidRDefault="000746A4">
            <w:pPr>
              <w:spacing w:before="40"/>
              <w:rPr>
                <w:color w:val="auto"/>
                <w:lang w:eastAsia="ja-JP"/>
              </w:rPr>
            </w:pPr>
          </w:p>
          <w:p w14:paraId="51EAA44E" w14:textId="77777777" w:rsidR="000E65F4" w:rsidRPr="0035526A" w:rsidRDefault="000E65F4">
            <w:pPr>
              <w:spacing w:before="40"/>
              <w:rPr>
                <w:color w:val="auto"/>
                <w:lang w:eastAsia="ja-JP"/>
              </w:rPr>
            </w:pPr>
          </w:p>
          <w:p w14:paraId="14A14D59" w14:textId="77777777" w:rsidR="000E65F4" w:rsidRPr="0035526A" w:rsidRDefault="000E65F4">
            <w:pPr>
              <w:spacing w:before="40"/>
              <w:rPr>
                <w:color w:val="auto"/>
                <w:lang w:eastAsia="ja-JP"/>
              </w:rPr>
            </w:pPr>
          </w:p>
          <w:p w14:paraId="5E2C64D7" w14:textId="77777777" w:rsidR="000E65F4" w:rsidRPr="0035526A" w:rsidRDefault="000E65F4">
            <w:pPr>
              <w:spacing w:before="40"/>
              <w:rPr>
                <w:color w:val="auto"/>
                <w:lang w:eastAsia="ja-JP"/>
              </w:rPr>
            </w:pPr>
          </w:p>
        </w:tc>
      </w:tr>
    </w:tbl>
    <w:p w14:paraId="45D3D746" w14:textId="77777777" w:rsidR="00BC1348" w:rsidRDefault="00BC1348">
      <w:pPr>
        <w:spacing w:after="0" w:line="240" w:lineRule="auto"/>
        <w:rPr>
          <w:b/>
          <w:color w:val="auto"/>
          <w:sz w:val="21"/>
          <w:lang w:eastAsia="ja-JP"/>
        </w:rPr>
      </w:pPr>
    </w:p>
    <w:p w14:paraId="5B8A147E" w14:textId="3DC0C6B1" w:rsidR="0013566E" w:rsidRPr="0035526A" w:rsidRDefault="00645A26">
      <w:pPr>
        <w:spacing w:after="0" w:line="240" w:lineRule="auto"/>
        <w:rPr>
          <w:color w:val="auto"/>
          <w:sz w:val="21"/>
          <w:szCs w:val="21"/>
          <w:lang w:eastAsia="ja-JP"/>
        </w:rPr>
      </w:pPr>
      <w:r w:rsidRPr="0035526A">
        <w:rPr>
          <w:b/>
          <w:color w:val="auto"/>
          <w:sz w:val="21"/>
          <w:lang w:eastAsia="ja-JP"/>
        </w:rPr>
        <w:lastRenderedPageBreak/>
        <w:t>8．</w:t>
      </w:r>
      <w:r w:rsidR="00372F64">
        <w:rPr>
          <w:b/>
          <w:color w:val="auto"/>
          <w:sz w:val="21"/>
          <w:lang w:eastAsia="ja-JP"/>
        </w:rPr>
        <w:t>参画</w:t>
      </w:r>
      <w:r w:rsidRPr="0035526A">
        <w:rPr>
          <w:b/>
          <w:color w:val="auto"/>
          <w:sz w:val="21"/>
          <w:lang w:eastAsia="ja-JP"/>
        </w:rPr>
        <w:t>判断に必要な設備情報（複数選択可）</w:t>
      </w:r>
    </w:p>
    <w:p w14:paraId="5B40FF9C" w14:textId="58C21168" w:rsidR="0013566E" w:rsidRDefault="00645A26">
      <w:pPr>
        <w:spacing w:after="0" w:line="240" w:lineRule="auto"/>
        <w:ind w:left="113"/>
        <w:rPr>
          <w:lang w:eastAsia="ja-JP"/>
        </w:rPr>
      </w:pPr>
      <w:r w:rsidRPr="0035526A">
        <w:rPr>
          <w:color w:val="auto"/>
          <w:lang w:eastAsia="ja-JP"/>
        </w:rPr>
        <w:t>社内で</w:t>
      </w:r>
      <w:r w:rsidR="00372F64">
        <w:rPr>
          <w:color w:val="auto"/>
          <w:lang w:eastAsia="ja-JP"/>
        </w:rPr>
        <w:t>参画</w:t>
      </w:r>
      <w:r w:rsidRPr="0035526A">
        <w:rPr>
          <w:color w:val="auto"/>
          <w:lang w:eastAsia="ja-JP"/>
        </w:rPr>
        <w:t>可否を検討するために</w:t>
      </w:r>
      <w:r w:rsidR="000746A4" w:rsidRPr="0035526A">
        <w:rPr>
          <w:rFonts w:hint="eastAsia"/>
          <w:color w:val="auto"/>
          <w:lang w:eastAsia="ja-JP"/>
        </w:rPr>
        <w:t>、</w:t>
      </w:r>
      <w:r w:rsidR="007C4734" w:rsidRPr="0035526A">
        <w:rPr>
          <w:color w:val="auto"/>
          <w:lang w:eastAsia="ja-JP"/>
        </w:rPr>
        <w:t>公募時に提示してほしい資料・条件</w:t>
      </w:r>
      <w:r w:rsidR="000746A4" w:rsidRPr="0035526A">
        <w:rPr>
          <w:color w:val="auto"/>
          <w:lang w:eastAsia="ja-JP"/>
        </w:rPr>
        <w:t>をすべて選択し</w:t>
      </w:r>
      <w:r w:rsidR="000746A4">
        <w:rPr>
          <w:color w:val="414141"/>
          <w:lang w:eastAsia="ja-JP"/>
        </w:rPr>
        <w:t>てください。</w:t>
      </w:r>
    </w:p>
    <w:tbl>
      <w:tblPr>
        <w:tblW w:w="10318" w:type="dxa"/>
        <w:jc w:val="center"/>
        <w:tblLayout w:type="fixed"/>
        <w:tblLook w:val="04A0" w:firstRow="1" w:lastRow="0" w:firstColumn="1" w:lastColumn="0" w:noHBand="0" w:noVBand="1"/>
      </w:tblPr>
      <w:tblGrid>
        <w:gridCol w:w="10318"/>
      </w:tblGrid>
      <w:tr w:rsidR="0013566E" w14:paraId="01C033B6"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679AFBB4" w14:textId="77777777" w:rsidR="0013566E" w:rsidRDefault="00645A26">
            <w:pPr>
              <w:spacing w:after="0"/>
              <w:rPr>
                <w:lang w:eastAsia="ja-JP"/>
              </w:rPr>
            </w:pPr>
            <w:r>
              <w:rPr>
                <w:lang w:eastAsia="ja-JP"/>
              </w:rPr>
              <w:t>☐　設備方式・主要システム</w:t>
            </w:r>
          </w:p>
          <w:p w14:paraId="3FB72825" w14:textId="77777777" w:rsidR="0013566E" w:rsidRDefault="00645A26">
            <w:pPr>
              <w:spacing w:after="0"/>
              <w:rPr>
                <w:lang w:eastAsia="zh-TW"/>
              </w:rPr>
            </w:pPr>
            <w:r>
              <w:rPr>
                <w:lang w:eastAsia="zh-TW"/>
              </w:rPr>
              <w:t>☐　概算容量</w:t>
            </w:r>
          </w:p>
          <w:p w14:paraId="708BE1AA" w14:textId="77777777" w:rsidR="0013566E" w:rsidRDefault="00645A26">
            <w:pPr>
              <w:spacing w:after="0"/>
              <w:rPr>
                <w:lang w:eastAsia="zh-TW"/>
              </w:rPr>
            </w:pPr>
            <w:r>
              <w:rPr>
                <w:lang w:eastAsia="zh-TW"/>
              </w:rPr>
              <w:t>☐　工事範囲</w:t>
            </w:r>
          </w:p>
          <w:p w14:paraId="415D28E0" w14:textId="77777777" w:rsidR="0013566E" w:rsidRDefault="00645A26">
            <w:pPr>
              <w:spacing w:after="0"/>
              <w:rPr>
                <w:lang w:eastAsia="zh-TW"/>
              </w:rPr>
            </w:pPr>
            <w:r>
              <w:rPr>
                <w:lang w:eastAsia="zh-TW"/>
              </w:rPr>
              <w:t>☐　想定工事費</w:t>
            </w:r>
          </w:p>
          <w:p w14:paraId="2DF5E56E" w14:textId="77777777" w:rsidR="0013566E" w:rsidRDefault="00645A26">
            <w:pPr>
              <w:spacing w:after="0"/>
              <w:rPr>
                <w:lang w:eastAsia="ja-JP"/>
              </w:rPr>
            </w:pPr>
            <w:r>
              <w:rPr>
                <w:lang w:eastAsia="ja-JP"/>
              </w:rPr>
              <w:t>☐　設計・施工工程</w:t>
            </w:r>
          </w:p>
          <w:p w14:paraId="4D6F6E73" w14:textId="77777777" w:rsidR="0013566E" w:rsidRDefault="00645A26">
            <w:pPr>
              <w:spacing w:after="0"/>
              <w:rPr>
                <w:lang w:eastAsia="ja-JP"/>
              </w:rPr>
            </w:pPr>
            <w:r>
              <w:rPr>
                <w:lang w:eastAsia="ja-JP"/>
              </w:rPr>
              <w:t>☐　建築工事との取り合い</w:t>
            </w:r>
          </w:p>
          <w:p w14:paraId="46ED022D" w14:textId="77777777" w:rsidR="0013566E" w:rsidRDefault="00645A26">
            <w:pPr>
              <w:spacing w:after="0"/>
              <w:rPr>
                <w:lang w:eastAsia="ja-JP"/>
              </w:rPr>
            </w:pPr>
            <w:r>
              <w:rPr>
                <w:lang w:eastAsia="ja-JP"/>
              </w:rPr>
              <w:t>☐　発注区分</w:t>
            </w:r>
          </w:p>
          <w:p w14:paraId="0D794E5E" w14:textId="25F499CC" w:rsidR="0013566E" w:rsidRDefault="00645A26">
            <w:pPr>
              <w:spacing w:after="0"/>
              <w:rPr>
                <w:lang w:eastAsia="ja-JP"/>
              </w:rPr>
            </w:pPr>
            <w:r>
              <w:rPr>
                <w:lang w:eastAsia="ja-JP"/>
              </w:rPr>
              <w:t>☐　その他</w:t>
            </w:r>
            <w:r w:rsidR="000746A4">
              <w:rPr>
                <w:rFonts w:hint="eastAsia"/>
                <w:lang w:eastAsia="ja-JP"/>
              </w:rPr>
              <w:t xml:space="preserve">（　　　　　　　　　　　　　　</w:t>
            </w:r>
            <w:r w:rsidR="000E65F4">
              <w:rPr>
                <w:rFonts w:hint="eastAsia"/>
                <w:lang w:eastAsia="ja-JP"/>
              </w:rPr>
              <w:t xml:space="preserve">　　　　　　　　　　　　　　　　　　　　　　　　　　　　　</w:t>
            </w:r>
            <w:r w:rsidR="000746A4">
              <w:rPr>
                <w:rFonts w:hint="eastAsia"/>
                <w:lang w:eastAsia="ja-JP"/>
              </w:rPr>
              <w:t xml:space="preserve">　　　　　　）</w:t>
            </w:r>
          </w:p>
        </w:tc>
      </w:tr>
    </w:tbl>
    <w:p w14:paraId="170B5B5C" w14:textId="024454AD" w:rsidR="00F7694B" w:rsidRDefault="00F7694B">
      <w:pPr>
        <w:spacing w:before="100" w:after="20"/>
        <w:rPr>
          <w:rFonts w:eastAsiaTheme="minorEastAsia"/>
          <w:b/>
          <w:sz w:val="22"/>
          <w:lang w:eastAsia="ja-JP"/>
        </w:rPr>
      </w:pPr>
    </w:p>
    <w:p w14:paraId="371D5C33" w14:textId="520A9B01" w:rsidR="0013566E" w:rsidRDefault="00645A26">
      <w:pPr>
        <w:spacing w:after="0" w:line="240" w:lineRule="auto"/>
        <w:rPr>
          <w:sz w:val="21"/>
          <w:szCs w:val="21"/>
          <w:lang w:eastAsia="ja-JP"/>
        </w:rPr>
      </w:pPr>
      <w:r>
        <w:rPr>
          <w:b/>
          <w:sz w:val="21"/>
          <w:lang w:eastAsia="ja-JP"/>
        </w:rPr>
        <w:t>9．</w:t>
      </w:r>
      <w:r w:rsidR="00372F64">
        <w:rPr>
          <w:b/>
          <w:sz w:val="21"/>
          <w:lang w:eastAsia="ja-JP"/>
        </w:rPr>
        <w:t>参画</w:t>
      </w:r>
      <w:r>
        <w:rPr>
          <w:b/>
          <w:sz w:val="21"/>
          <w:lang w:eastAsia="ja-JP"/>
        </w:rPr>
        <w:t>しやすくなる条件・貴社の強み</w:t>
      </w:r>
    </w:p>
    <w:p w14:paraId="7C66E711" w14:textId="403453B4" w:rsidR="0013566E" w:rsidRDefault="00372F64">
      <w:pPr>
        <w:spacing w:after="0" w:line="240" w:lineRule="auto"/>
        <w:ind w:left="113"/>
        <w:rPr>
          <w:lang w:eastAsia="ja-JP"/>
        </w:rPr>
      </w:pPr>
      <w:r>
        <w:rPr>
          <w:color w:val="414141"/>
          <w:lang w:eastAsia="ja-JP"/>
        </w:rPr>
        <w:t>参画</w:t>
      </w:r>
      <w:r w:rsidR="00645A26">
        <w:rPr>
          <w:color w:val="414141"/>
          <w:lang w:eastAsia="ja-JP"/>
        </w:rPr>
        <w:t>しやすくなる発注条件と、本事業で生かせる施工実績・調達力・地域体制等をご記入ください。</w:t>
      </w:r>
    </w:p>
    <w:tbl>
      <w:tblPr>
        <w:tblW w:w="10318" w:type="dxa"/>
        <w:jc w:val="center"/>
        <w:tblLayout w:type="fixed"/>
        <w:tblLook w:val="04A0" w:firstRow="1" w:lastRow="0" w:firstColumn="1" w:lastColumn="0" w:noHBand="0" w:noVBand="1"/>
      </w:tblPr>
      <w:tblGrid>
        <w:gridCol w:w="10318"/>
      </w:tblGrid>
      <w:tr w:rsidR="0013566E" w14:paraId="2DAB3642"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12BB6F84" w14:textId="77777777" w:rsidR="0013566E" w:rsidRDefault="00645A26">
            <w:r>
              <w:t>≪</w:t>
            </w:r>
            <w:proofErr w:type="spellStart"/>
            <w:r>
              <w:t>ご記入ください</w:t>
            </w:r>
            <w:proofErr w:type="spellEnd"/>
            <w:r>
              <w:t>≫</w:t>
            </w:r>
          </w:p>
          <w:p w14:paraId="749DDEAA" w14:textId="77777777" w:rsidR="0013566E" w:rsidRDefault="00645A26">
            <w:pPr>
              <w:rPr>
                <w:lang w:eastAsia="ja-JP"/>
              </w:rPr>
            </w:pPr>
            <w:r>
              <w:t xml:space="preserve">　</w:t>
            </w:r>
          </w:p>
          <w:p w14:paraId="68A28416" w14:textId="77777777" w:rsidR="000E65F4" w:rsidRDefault="000E65F4">
            <w:pPr>
              <w:rPr>
                <w:lang w:eastAsia="ja-JP"/>
              </w:rPr>
            </w:pPr>
          </w:p>
          <w:p w14:paraId="77CECCEE" w14:textId="77777777" w:rsidR="000E65F4" w:rsidRDefault="000E65F4">
            <w:pPr>
              <w:rPr>
                <w:lang w:eastAsia="ja-JP"/>
              </w:rPr>
            </w:pPr>
          </w:p>
          <w:p w14:paraId="3BB1C3A4" w14:textId="77777777" w:rsidR="000E65F4" w:rsidRDefault="000E65F4">
            <w:pPr>
              <w:rPr>
                <w:lang w:eastAsia="ja-JP"/>
              </w:rPr>
            </w:pPr>
          </w:p>
        </w:tc>
      </w:tr>
    </w:tbl>
    <w:p w14:paraId="0D0F4E10" w14:textId="77777777" w:rsidR="000E65F4" w:rsidRDefault="000E65F4" w:rsidP="001358D3">
      <w:pPr>
        <w:spacing w:before="100" w:after="20"/>
        <w:rPr>
          <w:b/>
          <w:sz w:val="21"/>
          <w:lang w:eastAsia="ja-JP"/>
        </w:rPr>
      </w:pPr>
    </w:p>
    <w:p w14:paraId="5BA9168D" w14:textId="7105F830" w:rsidR="0013566E" w:rsidRPr="000E65F4" w:rsidRDefault="00645A26" w:rsidP="001358D3">
      <w:pPr>
        <w:spacing w:before="100" w:after="20"/>
        <w:rPr>
          <w:b/>
          <w:sz w:val="21"/>
          <w:lang w:eastAsia="ja-JP"/>
        </w:rPr>
      </w:pPr>
      <w:r>
        <w:rPr>
          <w:b/>
          <w:sz w:val="21"/>
          <w:lang w:eastAsia="ja-JP"/>
        </w:rPr>
        <w:t>10．個別ヒアリングへの協力</w:t>
      </w:r>
    </w:p>
    <w:p w14:paraId="00D2F35F" w14:textId="77777777" w:rsidR="0013566E" w:rsidRDefault="00645A26">
      <w:pPr>
        <w:spacing w:after="0" w:line="240" w:lineRule="auto"/>
        <w:ind w:left="113"/>
        <w:rPr>
          <w:lang w:eastAsia="ja-JP"/>
        </w:rPr>
      </w:pPr>
      <w:r>
        <w:rPr>
          <w:color w:val="414141"/>
          <w:lang w:eastAsia="ja-JP"/>
        </w:rPr>
        <w:t>アンケート回答後、設備条件や発注区分を確認する個別ヒアリングを実施する場合の協力可否を1つ選択してください。</w:t>
      </w:r>
    </w:p>
    <w:tbl>
      <w:tblPr>
        <w:tblW w:w="10318" w:type="dxa"/>
        <w:jc w:val="center"/>
        <w:tblLayout w:type="fixed"/>
        <w:tblLook w:val="04A0" w:firstRow="1" w:lastRow="0" w:firstColumn="1" w:lastColumn="0" w:noHBand="0" w:noVBand="1"/>
      </w:tblPr>
      <w:tblGrid>
        <w:gridCol w:w="10318"/>
      </w:tblGrid>
      <w:tr w:rsidR="0013566E" w14:paraId="522DB533"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37CF3650" w14:textId="77777777" w:rsidR="0013566E" w:rsidRDefault="00645A26">
            <w:pPr>
              <w:spacing w:after="0"/>
              <w:rPr>
                <w:lang w:eastAsia="ja-JP"/>
              </w:rPr>
            </w:pPr>
            <w:r>
              <w:rPr>
                <w:lang w:eastAsia="ja-JP"/>
              </w:rPr>
              <w:t>☐　協力可能</w:t>
            </w:r>
          </w:p>
          <w:p w14:paraId="23637AC0" w14:textId="77777777" w:rsidR="0013566E" w:rsidRDefault="00645A26">
            <w:pPr>
              <w:spacing w:after="0"/>
              <w:rPr>
                <w:lang w:eastAsia="ja-JP"/>
              </w:rPr>
            </w:pPr>
            <w:r>
              <w:rPr>
                <w:lang w:eastAsia="ja-JP"/>
              </w:rPr>
              <w:t>☐　条件・日程によっては協力可能</w:t>
            </w:r>
          </w:p>
          <w:p w14:paraId="3A68D4F8" w14:textId="77777777" w:rsidR="0013566E" w:rsidRDefault="00645A26">
            <w:pPr>
              <w:spacing w:after="0"/>
              <w:rPr>
                <w:lang w:eastAsia="ja-JP"/>
              </w:rPr>
            </w:pPr>
            <w:r>
              <w:rPr>
                <w:lang w:eastAsia="ja-JP"/>
              </w:rPr>
              <w:t>☐　アンケート回答のみ</w:t>
            </w:r>
          </w:p>
          <w:p w14:paraId="62BEF0EE" w14:textId="77777777" w:rsidR="0013566E" w:rsidRDefault="00645A26">
            <w:pPr>
              <w:spacing w:after="0"/>
              <w:rPr>
                <w:lang w:eastAsia="ja-JP"/>
              </w:rPr>
            </w:pPr>
            <w:r>
              <w:rPr>
                <w:lang w:eastAsia="ja-JP"/>
              </w:rPr>
              <w:t>☐　未定</w:t>
            </w:r>
          </w:p>
        </w:tc>
      </w:tr>
    </w:tbl>
    <w:p w14:paraId="3E8D3E18" w14:textId="77777777" w:rsidR="00645A26" w:rsidRPr="007673A9" w:rsidRDefault="00645A26">
      <w:pPr>
        <w:rPr>
          <w:sz w:val="21"/>
          <w:szCs w:val="21"/>
          <w:lang w:eastAsia="ja-JP"/>
        </w:rPr>
      </w:pPr>
    </w:p>
    <w:p w14:paraId="4B93ED05" w14:textId="77777777" w:rsidR="009C6444" w:rsidRPr="001975FF" w:rsidRDefault="009C6444" w:rsidP="009C6444">
      <w:pPr>
        <w:spacing w:after="0" w:line="240" w:lineRule="auto"/>
        <w:rPr>
          <w:sz w:val="21"/>
          <w:szCs w:val="21"/>
          <w:lang w:eastAsia="ja-JP"/>
        </w:rPr>
      </w:pPr>
      <w:r>
        <w:rPr>
          <w:b/>
          <w:sz w:val="21"/>
          <w:lang w:eastAsia="ja-JP"/>
        </w:rPr>
        <w:t>11．ご要望事項</w:t>
      </w:r>
    </w:p>
    <w:p w14:paraId="04F8AB8B" w14:textId="55F420DE" w:rsidR="009C6444" w:rsidRDefault="008364D0" w:rsidP="009C6444">
      <w:pPr>
        <w:spacing w:after="0" w:line="240" w:lineRule="auto"/>
        <w:ind w:left="113"/>
        <w:rPr>
          <w:lang w:eastAsia="ja-JP"/>
        </w:rPr>
      </w:pPr>
      <w:r>
        <w:rPr>
          <w:rFonts w:hint="eastAsia"/>
          <w:color w:val="414141"/>
          <w:lang w:eastAsia="ja-JP"/>
        </w:rPr>
        <w:t>アンケート項目に無い内容でのご要望事項、</w:t>
      </w:r>
      <w:r w:rsidR="00372F64">
        <w:rPr>
          <w:rFonts w:hint="eastAsia"/>
          <w:color w:val="414141"/>
          <w:lang w:eastAsia="ja-JP"/>
        </w:rPr>
        <w:t>参画</w:t>
      </w:r>
      <w:r>
        <w:rPr>
          <w:rFonts w:hint="eastAsia"/>
          <w:color w:val="414141"/>
          <w:lang w:eastAsia="ja-JP"/>
        </w:rPr>
        <w:t>に関わる条件</w:t>
      </w:r>
      <w:r w:rsidR="00A447AA">
        <w:rPr>
          <w:rFonts w:hint="eastAsia"/>
          <w:color w:val="414141"/>
          <w:lang w:eastAsia="ja-JP"/>
        </w:rPr>
        <w:t>、その他ご意見</w:t>
      </w:r>
      <w:r>
        <w:rPr>
          <w:rFonts w:hint="eastAsia"/>
          <w:color w:val="414141"/>
          <w:lang w:eastAsia="ja-JP"/>
        </w:rPr>
        <w:t>等</w:t>
      </w:r>
      <w:r w:rsidR="00A447AA">
        <w:rPr>
          <w:rFonts w:hint="eastAsia"/>
          <w:color w:val="414141"/>
          <w:lang w:eastAsia="ja-JP"/>
        </w:rPr>
        <w:t>あれば</w:t>
      </w:r>
      <w:r>
        <w:rPr>
          <w:rFonts w:hint="eastAsia"/>
          <w:color w:val="414141"/>
          <w:lang w:eastAsia="ja-JP"/>
        </w:rPr>
        <w:t>ご記入ください</w:t>
      </w:r>
      <w:r w:rsidR="009C6444">
        <w:rPr>
          <w:color w:val="414141"/>
          <w:lang w:eastAsia="ja-JP"/>
        </w:rPr>
        <w:t>。</w:t>
      </w:r>
    </w:p>
    <w:tbl>
      <w:tblPr>
        <w:tblW w:w="10318" w:type="dxa"/>
        <w:jc w:val="center"/>
        <w:tblLayout w:type="fixed"/>
        <w:tblLook w:val="04A0" w:firstRow="1" w:lastRow="0" w:firstColumn="1" w:lastColumn="0" w:noHBand="0" w:noVBand="1"/>
      </w:tblPr>
      <w:tblGrid>
        <w:gridCol w:w="10318"/>
      </w:tblGrid>
      <w:tr w:rsidR="009C6444" w14:paraId="21C2359F" w14:textId="77777777" w:rsidTr="001975FF">
        <w:trPr>
          <w:cantSplit/>
          <w:trHeight w:val="983"/>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52D994FD" w14:textId="77777777" w:rsidR="008364D0" w:rsidRDefault="008364D0" w:rsidP="008364D0">
            <w:pPr>
              <w:spacing w:after="0" w:line="240" w:lineRule="auto"/>
            </w:pPr>
            <w:r>
              <w:t>≪</w:t>
            </w:r>
            <w:proofErr w:type="spellStart"/>
            <w:r>
              <w:t>ご記入ください</w:t>
            </w:r>
            <w:proofErr w:type="spellEnd"/>
            <w:r>
              <w:t>≫</w:t>
            </w:r>
          </w:p>
          <w:p w14:paraId="6FCF99ED" w14:textId="77777777" w:rsidR="009C6444" w:rsidRDefault="009C6444" w:rsidP="00F0375E">
            <w:pPr>
              <w:spacing w:after="0" w:line="240" w:lineRule="auto"/>
              <w:rPr>
                <w:lang w:eastAsia="ja-JP"/>
              </w:rPr>
            </w:pPr>
          </w:p>
          <w:p w14:paraId="649AACD6" w14:textId="77777777" w:rsidR="000E65F4" w:rsidRDefault="000E65F4" w:rsidP="00F0375E">
            <w:pPr>
              <w:spacing w:after="0" w:line="240" w:lineRule="auto"/>
              <w:rPr>
                <w:lang w:eastAsia="ja-JP"/>
              </w:rPr>
            </w:pPr>
          </w:p>
          <w:p w14:paraId="2D35B214" w14:textId="77777777" w:rsidR="000E65F4" w:rsidRDefault="000E65F4" w:rsidP="00F0375E">
            <w:pPr>
              <w:spacing w:after="0" w:line="240" w:lineRule="auto"/>
              <w:rPr>
                <w:lang w:eastAsia="ja-JP"/>
              </w:rPr>
            </w:pPr>
          </w:p>
          <w:p w14:paraId="00358F2C" w14:textId="77777777" w:rsidR="000E65F4" w:rsidRDefault="000E65F4" w:rsidP="00F0375E">
            <w:pPr>
              <w:spacing w:after="0" w:line="240" w:lineRule="auto"/>
              <w:rPr>
                <w:lang w:eastAsia="ja-JP"/>
              </w:rPr>
            </w:pPr>
          </w:p>
        </w:tc>
      </w:tr>
    </w:tbl>
    <w:p w14:paraId="328FD5CD" w14:textId="77777777" w:rsidR="00AB3B9C" w:rsidRDefault="00AB3B9C">
      <w:pPr>
        <w:spacing w:after="0" w:line="240" w:lineRule="auto"/>
        <w:rPr>
          <w:rFonts w:eastAsiaTheme="minorEastAsia"/>
          <w:lang w:eastAsia="ja-JP"/>
        </w:rPr>
      </w:pPr>
    </w:p>
    <w:p w14:paraId="2B578870" w14:textId="77777777" w:rsidR="000746A4" w:rsidRDefault="000746A4">
      <w:pPr>
        <w:spacing w:after="0" w:line="240" w:lineRule="auto"/>
        <w:rPr>
          <w:rFonts w:eastAsiaTheme="minorEastAsia"/>
          <w:lang w:eastAsia="ja-JP"/>
        </w:rPr>
      </w:pPr>
    </w:p>
    <w:p w14:paraId="74DCEAB8" w14:textId="77777777" w:rsidR="000746A4" w:rsidRDefault="000746A4">
      <w:pPr>
        <w:spacing w:after="0" w:line="240" w:lineRule="auto"/>
        <w:rPr>
          <w:rFonts w:eastAsiaTheme="minorEastAsia"/>
          <w:lang w:eastAsia="ja-JP"/>
        </w:rPr>
      </w:pPr>
    </w:p>
    <w:p w14:paraId="6DDC8A3A" w14:textId="77777777" w:rsidR="000746A4" w:rsidRDefault="000746A4">
      <w:pPr>
        <w:spacing w:after="0" w:line="240" w:lineRule="auto"/>
        <w:rPr>
          <w:rFonts w:eastAsiaTheme="minorEastAsia"/>
          <w:lang w:eastAsia="ja-JP"/>
        </w:rPr>
      </w:pPr>
    </w:p>
    <w:p w14:paraId="30E1FD4A" w14:textId="77777777" w:rsidR="000746A4" w:rsidRDefault="000746A4">
      <w:pPr>
        <w:spacing w:after="0" w:line="240" w:lineRule="auto"/>
        <w:rPr>
          <w:rFonts w:eastAsiaTheme="minorEastAsia"/>
          <w:lang w:eastAsia="ja-JP"/>
        </w:rPr>
      </w:pPr>
    </w:p>
    <w:p w14:paraId="5309F4CF" w14:textId="77777777" w:rsidR="009928A3" w:rsidRPr="009928A3" w:rsidRDefault="009928A3" w:rsidP="009928A3">
      <w:pPr>
        <w:spacing w:after="0" w:line="240" w:lineRule="auto"/>
        <w:jc w:val="center"/>
        <w:rPr>
          <w:rFonts w:eastAsiaTheme="minorEastAsia"/>
          <w:b/>
          <w:bCs/>
          <w:sz w:val="22"/>
          <w:lang w:eastAsia="ja-JP"/>
        </w:rPr>
      </w:pPr>
      <w:r w:rsidRPr="009928A3">
        <w:rPr>
          <w:rFonts w:eastAsiaTheme="minorEastAsia" w:hint="eastAsia"/>
          <w:b/>
          <w:bCs/>
          <w:sz w:val="22"/>
          <w:lang w:eastAsia="ja-JP"/>
        </w:rPr>
        <w:t>―</w:t>
      </w:r>
      <w:r w:rsidR="00454B32">
        <w:rPr>
          <w:rFonts w:eastAsiaTheme="minorEastAsia" w:hint="eastAsia"/>
          <w:b/>
          <w:bCs/>
          <w:sz w:val="22"/>
          <w:lang w:eastAsia="ja-JP"/>
        </w:rPr>
        <w:t xml:space="preserve"> </w:t>
      </w:r>
      <w:r w:rsidRPr="009928A3">
        <w:rPr>
          <w:rFonts w:eastAsiaTheme="minorEastAsia" w:hint="eastAsia"/>
          <w:b/>
          <w:bCs/>
          <w:sz w:val="22"/>
          <w:lang w:eastAsia="ja-JP"/>
        </w:rPr>
        <w:t>質問は以上です。お忙しいところ、ご協力いただきありがとうございました。－</w:t>
      </w:r>
    </w:p>
    <w:p w14:paraId="197F2FE4" w14:textId="77777777" w:rsidR="00047E36" w:rsidRDefault="009928A3" w:rsidP="009928A3">
      <w:pPr>
        <w:spacing w:after="0" w:line="240" w:lineRule="auto"/>
        <w:jc w:val="center"/>
        <w:rPr>
          <w:rFonts w:eastAsiaTheme="minorEastAsia"/>
          <w:lang w:eastAsia="ja-JP"/>
        </w:rPr>
      </w:pPr>
      <w:r>
        <w:rPr>
          <w:rFonts w:eastAsiaTheme="minorEastAsia" w:hint="eastAsia"/>
          <w:lang w:eastAsia="ja-JP"/>
        </w:rPr>
        <w:t>なお、本アンケート調査の回答内容に関して、必要に応じて回答内容の詳細を確認するために</w:t>
      </w:r>
    </w:p>
    <w:p w14:paraId="1776EC81" w14:textId="3F5CEF0E" w:rsidR="009928A3" w:rsidRDefault="009928A3" w:rsidP="009928A3">
      <w:pPr>
        <w:spacing w:after="0" w:line="240" w:lineRule="auto"/>
        <w:jc w:val="center"/>
        <w:rPr>
          <w:rFonts w:eastAsiaTheme="minorEastAsia"/>
          <w:lang w:eastAsia="ja-JP"/>
        </w:rPr>
      </w:pPr>
      <w:r>
        <w:rPr>
          <w:rFonts w:eastAsiaTheme="minorEastAsia" w:hint="eastAsia"/>
          <w:lang w:eastAsia="ja-JP"/>
        </w:rPr>
        <w:t>意見交換や文書照会を実施することがあります。その際には、ご協力をお願いいたします。</w:t>
      </w:r>
    </w:p>
    <w:p w14:paraId="485BC038" w14:textId="77777777" w:rsidR="009928A3" w:rsidRDefault="009928A3">
      <w:pPr>
        <w:spacing w:after="0" w:line="240" w:lineRule="auto"/>
        <w:rPr>
          <w:rFonts w:eastAsiaTheme="minorEastAsia"/>
          <w:lang w:eastAsia="ja-JP"/>
        </w:rPr>
      </w:pPr>
    </w:p>
    <w:p w14:paraId="02E9F665" w14:textId="77777777" w:rsidR="009928A3" w:rsidRPr="009928A3" w:rsidRDefault="009928A3" w:rsidP="00454B32">
      <w:pPr>
        <w:spacing w:after="0" w:line="240" w:lineRule="auto"/>
        <w:jc w:val="right"/>
        <w:rPr>
          <w:rFonts w:eastAsiaTheme="minorEastAsia"/>
          <w:lang w:eastAsia="ja-JP"/>
        </w:rPr>
      </w:pPr>
      <w:r>
        <w:rPr>
          <w:rFonts w:eastAsiaTheme="minorEastAsia" w:hint="eastAsia"/>
          <w:lang w:eastAsia="ja-JP"/>
        </w:rPr>
        <w:t>以上</w:t>
      </w:r>
    </w:p>
    <w:sectPr w:rsidR="009928A3" w:rsidRPr="009928A3" w:rsidSect="00034616">
      <w:headerReference w:type="even" r:id="rId7"/>
      <w:headerReference w:type="default" r:id="rId8"/>
      <w:footerReference w:type="even" r:id="rId9"/>
      <w:headerReference w:type="first" r:id="rId10"/>
      <w:footerReference w:type="first" r:id="rId11"/>
      <w:pgSz w:w="11906" w:h="16838"/>
      <w:pgMar w:top="737" w:right="794" w:bottom="737"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876D5" w14:textId="77777777" w:rsidR="0025466A" w:rsidRDefault="0025466A">
      <w:pPr>
        <w:spacing w:after="0" w:line="240" w:lineRule="auto"/>
      </w:pPr>
      <w:r>
        <w:separator/>
      </w:r>
    </w:p>
  </w:endnote>
  <w:endnote w:type="continuationSeparator" w:id="0">
    <w:p w14:paraId="00976AF3" w14:textId="77777777" w:rsidR="0025466A" w:rsidRDefault="00254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9CE4" w14:textId="77777777" w:rsidR="00415423" w:rsidRDefault="00415423">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1B09F" w14:textId="77777777" w:rsidR="00415423" w:rsidRDefault="00415423">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3DE2" w14:textId="77777777" w:rsidR="0025466A" w:rsidRDefault="0025466A">
      <w:pPr>
        <w:spacing w:after="0" w:line="240" w:lineRule="auto"/>
      </w:pPr>
      <w:r>
        <w:separator/>
      </w:r>
    </w:p>
  </w:footnote>
  <w:footnote w:type="continuationSeparator" w:id="0">
    <w:p w14:paraId="22A8EEC8" w14:textId="77777777" w:rsidR="0025466A" w:rsidRDefault="00254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B5FDE" w14:textId="77777777" w:rsidR="00415423" w:rsidRDefault="00415423">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FEB4" w14:textId="77777777" w:rsidR="00415423" w:rsidRDefault="00415423">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70E4" w14:textId="77777777" w:rsidR="00415423" w:rsidRDefault="00415423">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430616"/>
    <w:multiLevelType w:val="hybridMultilevel"/>
    <w:tmpl w:val="4F56212C"/>
    <w:lvl w:ilvl="0" w:tplc="0C743A12">
      <w:numFmt w:val="bullet"/>
      <w:lvlText w:val="□"/>
      <w:lvlJc w:val="left"/>
      <w:pPr>
        <w:ind w:left="360" w:hanging="360"/>
      </w:pPr>
      <w:rPr>
        <w:rFonts w:ascii="ＭＳ 明朝" w:eastAsia="ＭＳ 明朝" w:hAnsi="ＭＳ 明朝" w:cs="ＭＳ 明朝"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0618939">
    <w:abstractNumId w:val="8"/>
  </w:num>
  <w:num w:numId="2" w16cid:durableId="2113276565">
    <w:abstractNumId w:val="6"/>
  </w:num>
  <w:num w:numId="3" w16cid:durableId="550464562">
    <w:abstractNumId w:val="5"/>
  </w:num>
  <w:num w:numId="4" w16cid:durableId="1382754563">
    <w:abstractNumId w:val="4"/>
  </w:num>
  <w:num w:numId="5" w16cid:durableId="1927571157">
    <w:abstractNumId w:val="7"/>
  </w:num>
  <w:num w:numId="6" w16cid:durableId="1984656366">
    <w:abstractNumId w:val="3"/>
  </w:num>
  <w:num w:numId="7" w16cid:durableId="1961303272">
    <w:abstractNumId w:val="2"/>
  </w:num>
  <w:num w:numId="8" w16cid:durableId="506478866">
    <w:abstractNumId w:val="1"/>
  </w:num>
  <w:num w:numId="9" w16cid:durableId="361446289">
    <w:abstractNumId w:val="0"/>
  </w:num>
  <w:num w:numId="10" w16cid:durableId="486358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261"/>
    <w:rsid w:val="00027F6B"/>
    <w:rsid w:val="00034616"/>
    <w:rsid w:val="00035373"/>
    <w:rsid w:val="00036779"/>
    <w:rsid w:val="00047E36"/>
    <w:rsid w:val="00055725"/>
    <w:rsid w:val="0006063C"/>
    <w:rsid w:val="00071920"/>
    <w:rsid w:val="000737BC"/>
    <w:rsid w:val="000746A4"/>
    <w:rsid w:val="000E0C22"/>
    <w:rsid w:val="000E65F4"/>
    <w:rsid w:val="000F12F7"/>
    <w:rsid w:val="00107E50"/>
    <w:rsid w:val="00127224"/>
    <w:rsid w:val="0013566E"/>
    <w:rsid w:val="001358D3"/>
    <w:rsid w:val="0015074B"/>
    <w:rsid w:val="00154F2B"/>
    <w:rsid w:val="001660E9"/>
    <w:rsid w:val="00177DBC"/>
    <w:rsid w:val="00180880"/>
    <w:rsid w:val="00187F9B"/>
    <w:rsid w:val="00195C40"/>
    <w:rsid w:val="001975FF"/>
    <w:rsid w:val="001B5EEC"/>
    <w:rsid w:val="001D7808"/>
    <w:rsid w:val="001F6B99"/>
    <w:rsid w:val="00217ECD"/>
    <w:rsid w:val="0025466A"/>
    <w:rsid w:val="0026178A"/>
    <w:rsid w:val="00276A30"/>
    <w:rsid w:val="00296383"/>
    <w:rsid w:val="0029639D"/>
    <w:rsid w:val="002F58E6"/>
    <w:rsid w:val="00322B28"/>
    <w:rsid w:val="00326F90"/>
    <w:rsid w:val="0035526A"/>
    <w:rsid w:val="00372F64"/>
    <w:rsid w:val="003B18DB"/>
    <w:rsid w:val="003B4AB3"/>
    <w:rsid w:val="003C6D57"/>
    <w:rsid w:val="00415423"/>
    <w:rsid w:val="00454B32"/>
    <w:rsid w:val="0047208D"/>
    <w:rsid w:val="0048042C"/>
    <w:rsid w:val="004D5469"/>
    <w:rsid w:val="004D7015"/>
    <w:rsid w:val="004F0A50"/>
    <w:rsid w:val="004F3CAD"/>
    <w:rsid w:val="00502284"/>
    <w:rsid w:val="005074A7"/>
    <w:rsid w:val="00584BB4"/>
    <w:rsid w:val="005B5AAE"/>
    <w:rsid w:val="006102A2"/>
    <w:rsid w:val="00641F94"/>
    <w:rsid w:val="00645A26"/>
    <w:rsid w:val="00661468"/>
    <w:rsid w:val="006A0F93"/>
    <w:rsid w:val="006B697F"/>
    <w:rsid w:val="006D0634"/>
    <w:rsid w:val="006D1190"/>
    <w:rsid w:val="007176E1"/>
    <w:rsid w:val="00755711"/>
    <w:rsid w:val="007673A9"/>
    <w:rsid w:val="007C4734"/>
    <w:rsid w:val="00821049"/>
    <w:rsid w:val="00830690"/>
    <w:rsid w:val="008345DB"/>
    <w:rsid w:val="008364D0"/>
    <w:rsid w:val="008366E3"/>
    <w:rsid w:val="00882018"/>
    <w:rsid w:val="008C4E7D"/>
    <w:rsid w:val="008E1ADD"/>
    <w:rsid w:val="008F6E4F"/>
    <w:rsid w:val="0092768F"/>
    <w:rsid w:val="00964830"/>
    <w:rsid w:val="009928A3"/>
    <w:rsid w:val="009C4C4F"/>
    <w:rsid w:val="009C6444"/>
    <w:rsid w:val="009D3B65"/>
    <w:rsid w:val="00A43F86"/>
    <w:rsid w:val="00A447AA"/>
    <w:rsid w:val="00A517A4"/>
    <w:rsid w:val="00A65944"/>
    <w:rsid w:val="00AA1D8D"/>
    <w:rsid w:val="00AB3B9C"/>
    <w:rsid w:val="00AB74C3"/>
    <w:rsid w:val="00AD6FD0"/>
    <w:rsid w:val="00B37BAD"/>
    <w:rsid w:val="00B47213"/>
    <w:rsid w:val="00B47730"/>
    <w:rsid w:val="00B80CD5"/>
    <w:rsid w:val="00BC1348"/>
    <w:rsid w:val="00BC1F97"/>
    <w:rsid w:val="00C27056"/>
    <w:rsid w:val="00CB0664"/>
    <w:rsid w:val="00CC1FE4"/>
    <w:rsid w:val="00CD0DDC"/>
    <w:rsid w:val="00D45A63"/>
    <w:rsid w:val="00D57F5E"/>
    <w:rsid w:val="00D70BE4"/>
    <w:rsid w:val="00E47EBA"/>
    <w:rsid w:val="00E93EFF"/>
    <w:rsid w:val="00EC0BDA"/>
    <w:rsid w:val="00EC47B9"/>
    <w:rsid w:val="00ED2FD5"/>
    <w:rsid w:val="00EE3A0D"/>
    <w:rsid w:val="00EF63FC"/>
    <w:rsid w:val="00F37179"/>
    <w:rsid w:val="00F37D01"/>
    <w:rsid w:val="00F51446"/>
    <w:rsid w:val="00F5569C"/>
    <w:rsid w:val="00F607BF"/>
    <w:rsid w:val="00F70E02"/>
    <w:rsid w:val="00F7694B"/>
    <w:rsid w:val="00F95085"/>
    <w:rsid w:val="00F975A4"/>
    <w:rsid w:val="00FC52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170FE10"/>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pPr>
    <w:rPr>
      <w:rFonts w:ascii="ＭＳ 明朝" w:eastAsia="ＭＳ 明朝" w:hAnsi="ＭＳ 明朝" w:cs="ＭＳ 明朝"/>
      <w:color w:val="000000"/>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rPr>
  </w:style>
  <w:style w:type="paragraph" w:styleId="a9">
    <w:name w:val="No Spacing"/>
    <w:uiPriority w:val="1"/>
    <w:qFormat/>
    <w:rsid w:val="00FC693F"/>
    <w:pPr>
      <w:spacing w:after="0" w:line="240" w:lineRule="auto"/>
    </w:pPr>
    <w:rPr>
      <w:rFonts w:ascii="ＭＳ 明朝" w:eastAsia="ＭＳ 明朝" w:hAnsi="ＭＳ 明朝" w:cs="ＭＳ 明朝"/>
    </w:r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rPr>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rFonts w:ascii="ＭＳ 明朝" w:eastAsia="ＭＳ 明朝" w:hAnsi="ＭＳ 明朝" w:cs="ＭＳ 明朝"/>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sz w:val="20"/>
      <w:szCs w:val="20"/>
    </w:rPr>
  </w:style>
  <w:style w:type="character" w:customStyle="1" w:styleId="af4">
    <w:name w:val="マクロ文字列 (文字)"/>
    <w:basedOn w:val="a2"/>
    <w:link w:val="af3"/>
    <w:uiPriority w:val="99"/>
    <w:rsid w:val="0029639D"/>
    <w:rPr>
      <w:rFonts w:ascii="ＭＳ 明朝" w:eastAsia="ＭＳ 明朝" w:hAnsi="ＭＳ 明朝" w:cs="ＭＳ 明朝"/>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rFonts w:ascii="ＭＳ 明朝" w:eastAsia="ＭＳ 明朝" w:hAnsi="ＭＳ 明朝" w:cs="ＭＳ 明朝"/>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rFonts w:ascii="ＭＳ 明朝" w:eastAsia="ＭＳ 明朝" w:hAnsi="ＭＳ 明朝" w:cs="ＭＳ 明朝"/>
      <w:b/>
      <w:bCs/>
    </w:rPr>
  </w:style>
  <w:style w:type="character" w:styleId="af9">
    <w:name w:val="Emphasis"/>
    <w:basedOn w:val="a2"/>
    <w:uiPriority w:val="20"/>
    <w:qFormat/>
    <w:rsid w:val="00FC693F"/>
    <w:rPr>
      <w:rFonts w:ascii="ＭＳ 明朝" w:eastAsia="ＭＳ 明朝" w:hAnsi="ＭＳ 明朝" w:cs="ＭＳ 明朝"/>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rFonts w:ascii="ＭＳ 明朝" w:eastAsia="ＭＳ 明朝" w:hAnsi="ＭＳ 明朝" w:cs="ＭＳ 明朝"/>
      <w:b/>
      <w:bCs/>
      <w:i/>
      <w:iCs/>
      <w:color w:val="4F81BD" w:themeColor="accent1"/>
    </w:rPr>
  </w:style>
  <w:style w:type="character" w:styleId="afa">
    <w:name w:val="Subtle Emphasis"/>
    <w:basedOn w:val="a2"/>
    <w:uiPriority w:val="19"/>
    <w:qFormat/>
    <w:rsid w:val="00FC693F"/>
    <w:rPr>
      <w:rFonts w:ascii="ＭＳ 明朝" w:eastAsia="ＭＳ 明朝" w:hAnsi="ＭＳ 明朝" w:cs="ＭＳ 明朝"/>
      <w:i/>
      <w:iCs/>
      <w:color w:val="808080" w:themeColor="text1" w:themeTint="7F"/>
    </w:rPr>
  </w:style>
  <w:style w:type="character" w:styleId="29">
    <w:name w:val="Intense Emphasis"/>
    <w:basedOn w:val="a2"/>
    <w:uiPriority w:val="21"/>
    <w:qFormat/>
    <w:rsid w:val="00FC693F"/>
    <w:rPr>
      <w:rFonts w:ascii="ＭＳ 明朝" w:eastAsia="ＭＳ 明朝" w:hAnsi="ＭＳ 明朝" w:cs="ＭＳ 明朝"/>
      <w:b/>
      <w:bCs/>
      <w:i/>
      <w:iCs/>
      <w:color w:val="4F81BD" w:themeColor="accent1"/>
    </w:rPr>
  </w:style>
  <w:style w:type="character" w:styleId="afb">
    <w:name w:val="Subtle Reference"/>
    <w:basedOn w:val="a2"/>
    <w:uiPriority w:val="31"/>
    <w:qFormat/>
    <w:rsid w:val="00FC693F"/>
    <w:rPr>
      <w:rFonts w:ascii="ＭＳ 明朝" w:eastAsia="ＭＳ 明朝" w:hAnsi="ＭＳ 明朝" w:cs="ＭＳ 明朝"/>
      <w:smallCaps/>
      <w:color w:val="C0504D" w:themeColor="accent2"/>
      <w:u w:val="single"/>
    </w:rPr>
  </w:style>
  <w:style w:type="character" w:styleId="2a">
    <w:name w:val="Intense Reference"/>
    <w:basedOn w:val="a2"/>
    <w:uiPriority w:val="32"/>
    <w:qFormat/>
    <w:rsid w:val="00FC693F"/>
    <w:rPr>
      <w:rFonts w:ascii="ＭＳ 明朝" w:eastAsia="ＭＳ 明朝" w:hAnsi="ＭＳ 明朝" w:cs="ＭＳ 明朝"/>
      <w:b/>
      <w:bCs/>
      <w:smallCaps/>
      <w:color w:val="C0504D" w:themeColor="accent2"/>
      <w:spacing w:val="5"/>
      <w:u w:val="single"/>
    </w:rPr>
  </w:style>
  <w:style w:type="character" w:styleId="afc">
    <w:name w:val="Book Title"/>
    <w:basedOn w:val="a2"/>
    <w:uiPriority w:val="33"/>
    <w:qFormat/>
    <w:rsid w:val="00FC693F"/>
    <w:rPr>
      <w:rFonts w:ascii="ＭＳ 明朝" w:eastAsia="ＭＳ 明朝" w:hAnsi="ＭＳ 明朝" w:cs="ＭＳ 明朝"/>
      <w:b/>
      <w:bCs/>
      <w:smallCaps/>
      <w:spacing w:val="5"/>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0E0C22"/>
    <w:rPr>
      <w:sz w:val="18"/>
      <w:szCs w:val="18"/>
    </w:rPr>
  </w:style>
  <w:style w:type="paragraph" w:styleId="aff0">
    <w:name w:val="annotation text"/>
    <w:basedOn w:val="a1"/>
    <w:link w:val="aff1"/>
    <w:uiPriority w:val="99"/>
    <w:unhideWhenUsed/>
    <w:rsid w:val="000E0C22"/>
  </w:style>
  <w:style w:type="character" w:customStyle="1" w:styleId="aff1">
    <w:name w:val="コメント文字列 (文字)"/>
    <w:basedOn w:val="a2"/>
    <w:link w:val="aff0"/>
    <w:uiPriority w:val="99"/>
    <w:rsid w:val="000E0C22"/>
    <w:rPr>
      <w:rFonts w:ascii="ＭＳ 明朝" w:eastAsia="ＭＳ 明朝" w:hAnsi="ＭＳ 明朝" w:cs="ＭＳ 明朝"/>
      <w:color w:val="000000"/>
      <w:sz w:val="18"/>
    </w:rPr>
  </w:style>
  <w:style w:type="paragraph" w:styleId="aff2">
    <w:name w:val="annotation subject"/>
    <w:basedOn w:val="aff0"/>
    <w:next w:val="aff0"/>
    <w:link w:val="aff3"/>
    <w:uiPriority w:val="99"/>
    <w:semiHidden/>
    <w:unhideWhenUsed/>
    <w:rsid w:val="000E0C22"/>
    <w:rPr>
      <w:b/>
      <w:bCs/>
    </w:rPr>
  </w:style>
  <w:style w:type="character" w:customStyle="1" w:styleId="aff3">
    <w:name w:val="コメント内容 (文字)"/>
    <w:basedOn w:val="aff1"/>
    <w:link w:val="aff2"/>
    <w:uiPriority w:val="99"/>
    <w:semiHidden/>
    <w:rsid w:val="000E0C22"/>
    <w:rPr>
      <w:rFonts w:ascii="ＭＳ 明朝" w:eastAsia="ＭＳ 明朝" w:hAnsi="ＭＳ 明朝" w:cs="ＭＳ 明朝"/>
      <w:b/>
      <w:bCs/>
      <w:color w:val="000000"/>
      <w:sz w:val="18"/>
    </w:rPr>
  </w:style>
  <w:style w:type="character" w:styleId="aff4">
    <w:name w:val="Hyperlink"/>
    <w:basedOn w:val="a2"/>
    <w:uiPriority w:val="99"/>
    <w:unhideWhenUsed/>
    <w:rsid w:val="00755711"/>
    <w:rPr>
      <w:color w:val="0000FF" w:themeColor="hyperlink"/>
      <w:u w:val="single"/>
    </w:rPr>
  </w:style>
  <w:style w:type="character" w:styleId="aff5">
    <w:name w:val="Unresolved Mention"/>
    <w:basedOn w:val="a2"/>
    <w:uiPriority w:val="99"/>
    <w:semiHidden/>
    <w:unhideWhenUsed/>
    <w:rsid w:val="00755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1494</Words>
  <Characters>1555</Characters>
  <Application>Microsoft Office Word</Application>
  <DocSecurity>0</DocSecurity>
  <Lines>141</Lines>
  <Paragraphs>145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2026-10-13T05:22:00Z</dcterms:created>
  <dcterms:modified xsi:type="dcterms:W3CDTF">2026-10-13T11:37:00Z</dcterms:modified>
  <cp:category/>
</cp:coreProperties>
</file>